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Московского округа</w:t>
              <w:br/>
              <w:t>[адрес суда]</w:t>
              <w:br/>
              <w:br/>
              <w:t>Дело № А40-[номер]/20___</w:t>
              <w:br/>
              <w:br/>
              <w:t>Лицо, представляющее отзыв: [наименование / Ф.И.О., реквизиты]</w:t>
              <w:br/>
              <w:t>Заявитель жалобы: [наименование налогового органа / налогоплательщика]</w:t>
              <w:br/>
              <w:t>Другие лица, участвующие в деле: [перечень]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ОТЗЫВ НА КАССАЦИОННУЮ ЖАЛОБУ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Оставить жалобу налогового органа без удовлетворения.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Оставить обжалуемый судебный акт без изменения.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подтверждённые судебные расходы — при наличии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на кассационную жалобу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