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следственного органа / прокуратуры / вышестоящего налогового органа]</w:t>
              <w:br/>
              <w:t>[адрес]</w:t>
              <w:br/>
              <w:br/>
              <w:t>Заявитель: [Ф.И.О. руководителя / главного бухгалтера / наименование организации]</w:t>
              <w:br/>
              <w:t>ИНН / ОГРН: [реквизиты]</w:t>
              <w:br/>
              <w:t>Адрес, телефон, e-mail: [данные]</w:t>
              <w:br/>
              <w:t>Материалы налоговой проверки: [номер, дата решения / акта]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ПРОВЕДЕНИИ ДОПОЛНИТЕЛЬНОЙ НАЛОГОВОЙ ЭКСПЕРТИЗЫ ДО НАПРАВЛЕНИЯ МАТЕРИАЛОВ СЛЕДСТВИЮ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Предлагаемые вопросы сформулированы как вопросы специальных знаний и не требуют от эксперта правовой квалификации. Указаны объекты исследования, образцы и сведения об экспертном учреждении.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Назначить / провести дополнительную экспертизу по вопросам из приложения.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Допустить заявителя к выбору эксперта и представлению материалов.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принимать решение / не направлять материалы до ознакомления с заключением и представления возражений.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дополнительной налоговой экспертизы до направления материалов следствию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