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следственного органа / прокуратуры / вышестоящего налогового органа]</w:t>
              <w:br/>
              <w:t>[адрес]</w:t>
              <w:br/>
              <w:br/>
              <w:t>Заявитель: [Ф.И.О. руководителя / главного бухгалтера / наименование организации]</w:t>
              <w:br/>
              <w:t>ИНН / ОГРН: [реквизиты]</w:t>
              <w:br/>
              <w:t>Адрес, телефон, e-mail: [данные]</w:t>
              <w:br/>
              <w:t>Материалы налоговой проверки: [номер, дата решения / акта]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ПИСЬМЕННЫЕ ОБЪЯСНЕНИЯ ГЛАВНОГО БУХГАЛТЕРА ПО НАЛОГОВЫМ ОПЕРАЦИЯМ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главного бухгалтера по налоговым операциям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