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76"/>
        <w:gridCol w:w="4876"/>
      </w:tblGrid>
      <w:tr>
        <w:tc>
          <w:tcPr>
            <w:tcW w:type="dxa" w:w="2948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/>
        </w:tc>
        <w:tc>
          <w:tcPr>
            <w:tcW w:type="dxa" w:w="6803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В [наименование налогового органа]</w:t>
              <w:br/>
              <w:t>[адрес]</w:t>
              <w:br/>
              <w:br/>
              <w:t>От: [наименование организации / Ф.И.О. ИП]</w:t>
              <w:br/>
              <w:t>ИНН / КПП / ОГРН(ИП): [реквизиты]</w:t>
              <w:br/>
              <w:t>Адрес: [адрес]</w:t>
              <w:br/>
              <w:t>Телефон, e-mail: [контакты]</w:t>
              <w:br/>
              <w:t>Требование / уведомление / акт: [номер, дата]</w:t>
              <w:br/>
              <w:t>Налоговый период: [период]</w:t>
            </w:r>
          </w:p>
        </w:tc>
      </w:tr>
    </w:tbl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p>
      <w:pPr>
        <w:spacing w:line="252" w:lineRule="auto" w:after="100" w:before="140"/>
        <w:ind w:firstLine="0"/>
        <w:jc w:val="center"/>
        <w:keepNext/>
      </w:pPr>
      <w:r>
        <w:rPr>
          <w:rFonts w:ascii="Times New Roman" w:hAnsi="Times New Roman" w:eastAsia="Times New Roman"/>
          <w:b/>
          <w:i w:val="0"/>
          <w:sz w:val="26"/>
        </w:rPr>
        <w:t>ВОЗРАЖЕНИЯ ПРОТИВ НАЧИСЛЕНИЯ ПЕНЕЙ ЗА ПЕРИОД НЕЗАКОННОЙ БЛОКИРОВКИ СЧЁТА</w:t>
      </w:r>
    </w:p>
    <w:p>
      <w:pPr>
        <w:spacing w:line="252" w:lineRule="auto" w:after="140" w:before="0"/>
        <w:ind w:firstLine="0"/>
        <w:jc w:val="both"/>
      </w:pPr>
      <w:r>
        <w:rPr>
          <w:rFonts w:ascii="Times New Roman" w:hAnsi="Times New Roman" w:eastAsia="Times New Roman"/>
          <w:b w:val="0"/>
          <w:i/>
          <w:sz w:val="18"/>
        </w:rPr>
        <w:t>Настоящий образец является развёрнутой рабочей формой. Перед подачей необходимо заменить заполнители, проверить действующую редакцию НК РФ и официальные формы, компетенцию адресата, сроки, электронный формат, государственную пошлину и фактический состав участников.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Обстоятельства и основание обращения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Инспекция предлагает привлечь налогоплательщика / должностное лицо к ответственности по [статья НК РФ] и начислить штраф [сумма], пени [сумма]. Основанием указано [непредставление документов, декларации, неполная уплата, действия налогового агента].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Нарушение обусловлено [техническим сбоем, болезнью, чрезвычайными обстоятельствами, добросовестной правовой неопределённостью, действиями контрагента] и не сопровождалось сокрытием операций. Недоимка погашена / расчёт оспаривается.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Имеются смягчающие обстоятельства: первое нарушение, добровольное устранение, социальная значимость деятельности, тяжёлое финансовое положение, отсутствие ущерба и содействие проверке. Умысел конкретных руководителей и бухгалтеров не установлен.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Основание блокировки устранено [дата]: декларация представлена / требование исполнено / задолженность погашена. Электронная квитанция и банковская выписка прилагаются.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Расчёт спорных показателей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950"/>
        <w:gridCol w:w="1950"/>
        <w:gridCol w:w="1950"/>
        <w:gridCol w:w="1950"/>
        <w:gridCol w:w="1950"/>
      </w:tblGrid>
      <w:tr>
        <w:trPr>
          <w:tblHeader w:val="true"/>
          <w:cantSplit/>
        </w:trPr>
        <w:tc>
          <w:tcPr>
            <w:tcW w:type="dxa" w:w="1814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Эпизод / налог</w:t>
            </w:r>
          </w:p>
        </w:tc>
        <w:tc>
          <w:tcPr>
            <w:tcW w:type="dxa" w:w="1247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Период</w:t>
            </w:r>
          </w:p>
        </w:tc>
        <w:tc>
          <w:tcPr>
            <w:tcW w:type="dxa" w:w="1928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Позиция инспекции</w:t>
            </w:r>
          </w:p>
        </w:tc>
        <w:tc>
          <w:tcPr>
            <w:tcW w:type="dxa" w:w="2381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Позиция налогоплательщика</w:t>
            </w:r>
          </w:p>
        </w:tc>
        <w:tc>
          <w:tcPr>
            <w:tcW w:type="dxa" w:w="2381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Доказательства</w:t>
            </w:r>
          </w:p>
        </w:tc>
      </w:tr>
      <w:tr>
        <w:trPr>
          <w:cantSplit/>
        </w:trPr>
        <w:tc>
          <w:tcPr>
            <w:tcW w:type="dxa" w:w="1814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[эпизод 1]</w:t>
            </w:r>
          </w:p>
        </w:tc>
        <w:tc>
          <w:tcPr>
            <w:tcW w:type="dxa" w:w="1247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[период]</w:t>
            </w:r>
          </w:p>
        </w:tc>
        <w:tc>
          <w:tcPr>
            <w:tcW w:type="dxa" w:w="1928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[сумма / вывод]</w:t>
            </w:r>
          </w:p>
        </w:tc>
        <w:tc>
          <w:tcPr>
            <w:tcW w:type="dxa" w:w="2381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[сумма / пояснение]</w:t>
            </w:r>
          </w:p>
        </w:tc>
        <w:tc>
          <w:tcPr>
            <w:tcW w:type="dxa" w:w="2381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[документы]</w:t>
            </w:r>
          </w:p>
        </w:tc>
      </w:tr>
      <w:tr>
        <w:trPr>
          <w:cantSplit/>
        </w:trPr>
        <w:tc>
          <w:tcPr>
            <w:tcW w:type="dxa" w:w="1814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[эпизод 2]</w:t>
            </w:r>
          </w:p>
        </w:tc>
        <w:tc>
          <w:tcPr>
            <w:tcW w:type="dxa" w:w="1247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[период]</w:t>
            </w:r>
          </w:p>
        </w:tc>
        <w:tc>
          <w:tcPr>
            <w:tcW w:type="dxa" w:w="1928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[сумма / вывод]</w:t>
            </w:r>
          </w:p>
        </w:tc>
        <w:tc>
          <w:tcPr>
            <w:tcW w:type="dxa" w:w="2381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[сумма / пояснение]</w:t>
            </w:r>
          </w:p>
        </w:tc>
        <w:tc>
          <w:tcPr>
            <w:tcW w:type="dxa" w:w="2381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[документы]</w:t>
            </w:r>
          </w:p>
        </w:tc>
      </w:tr>
    </w:tbl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Правовое обоснование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Налоговая ответственность применяется при наличии состава правонарушения и с учётом статей 106–115 НК РФ. Обстоятельства, смягчающие ответственность, перечислены в статье 112 открытым образом, а размер штрафа при наличии хотя бы одного смягчающего обстоятельства подлежит уменьшению по статье 114 НК РФ.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Направление материалов в следственные органы не заменяет проверки наличия недоимки, умысла и роли конкретного лица. Объяснения руководителя и бухгалтера должны разграничивать полномочия, источники информации, хозяйственные решения и бухгалтерские операции и не содержать предположительных самообвинительных формулировок.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При рассмотрении документа должны соблюдаться принципы законности налогообложения, определённости налоговой обязанности, добросовестности участников, недопустимости произвольного взыскания и обеспечения налогоплательщику реальной возможности представить позицию и доказательства.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Предмет проверки и ожидаемый результат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Документ содержит конкретные доводы, расчёты и ссылки на приложения. Адресату предлагается проверить каждый эпизод отдельно, сопоставить доказательства и оформить результат мотивированным решением, которое позволяет понять фактические и правовые основания вывода.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ПРОШУ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1. Отменить решение о приостановлении операций по счетам.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2. Незамедлительно направить отмену во все банки в электронной форме.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3. Скорректировать ЕНС / карточку расчётов и сообщить дату разблокировки.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Приложения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1. Копия документа, подтверждающего полномочия подписанта / доверенность представителя.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2. Копия требования, уведомления, акта, решения или иного оспариваемого документа.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3. Доказательства направления документа другим участникам — когда это требуется.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4. Электронная опись приложений с указанием имени файла, периода и количества листов.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5. Решение / акт о привлечении к ответственности.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6. Документы о причинах нарушения и его устранении.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7. Подтверждение смягчающих обстоятельств.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8. Должностные инструкции, приказы и разграничение полномочий.</w:t>
      </w:r>
    </w:p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76"/>
        <w:gridCol w:w="4876"/>
      </w:tblGrid>
      <w:tr>
        <w:tc>
          <w:tcPr>
            <w:tcW w:type="dxa" w:w="487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</w:pPr>
            <w:r>
              <w:rPr>
                <w:rFonts w:ascii="Times New Roman" w:hAnsi="Times New Roman" w:eastAsia="Times New Roman"/>
                <w:b w:val="0"/>
                <w:i w:val="0"/>
                <w:sz w:val="22"/>
              </w:rPr>
              <w:t>«___» __________ 20___ г.</w:t>
            </w:r>
          </w:p>
        </w:tc>
        <w:tc>
          <w:tcPr>
            <w:tcW w:type="dxa" w:w="487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  <w:jc w:val="right"/>
            </w:pPr>
            <w:r>
              <w:rPr>
                <w:rFonts w:ascii="Times New Roman" w:hAnsi="Times New Roman" w:eastAsia="Times New Roman"/>
                <w:b w:val="0"/>
                <w:i w:val="0"/>
                <w:sz w:val="22"/>
              </w:rPr>
              <w:t>________________ / [Ф.И.О. / должность] /</w:t>
            </w:r>
          </w:p>
        </w:tc>
      </w:tr>
    </w:tbl>
    <w:sectPr w:rsidR="00FC693F" w:rsidRPr="0006063C" w:rsidSect="00034616">
      <w:footerReference w:type="default" r:id="rId9"/>
      <w:pgSz w:w="11906" w:h="16838"/>
      <w:pgMar w:top="879" w:right="850" w:bottom="879" w:left="130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b w:val="0"/>
        <w:i/>
        <w:sz w:val="16"/>
      </w:rPr>
      <w:t>ZOTOWA.RU  |  Налоговое право  |  редакция 17.07.2026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52" w:lineRule="auto" w:after="80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Возражения против начисления пеней за период незаконной блокировки счёта</dc:title>
  <dc:subject>Налоговое право — библиотека ZOTOWA.RU</dc:subject>
  <dc:creator>Юридическая фирма «Зотова и партнёры»</dc:creator>
  <cp:keywords>налоговое право, налоговая проверка, ФНС, образец документа, ZOTOWA.RU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