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Арбитражный суд города Москвы</w:t>
              <w:br/>
              <w:t>115225, г. Москва, ул. Большая Тульская, д. 17</w:t>
              <w:br/>
              <w:br/>
              <w:t>Дело № А40-[номер]/20___</w:t>
              <w:br/>
              <w:t>Цена заявления / иска: [при наличии]</w:t>
              <w:br/>
              <w:t>Госпошлина: [сумма / льгота]</w:t>
              <w:br/>
              <w:br/>
              <w:t>Заявитель: [наименование организации / Ф.И.О. ИП, ИНН, ОГРН/ОГРНИП, адрес, телефон, e-mail]</w:t>
              <w:br/>
              <w:t>Заинтересованное лицо: [наименование налогового органа, адрес]</w:t>
              <w:br/>
              <w:t>Решение / требование: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ИНДИВИДУАЛЬНОГО ПРЕДПРИНИМАТЕЛЯ ОБ ОСПАРИВАНИИ СТРАХОВЫХ ВЗНОСОВ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соблюдение критериев специального режима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правильность расчёта доходов и лимитов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момент возможной утраты права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учёт расходов, НДС и ранее уплаченного налога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Признать оспариваемый акт / действие / бездействие незаконным и недействительным в заявленной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Обязать налоговый орган устранить нарушение: исключить доначисления / скорректировать ЕНС / возвратить сумму / совершить действие.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Взыскать с налогового органа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индивидуального предпринимателя об оспаривании страховых взносов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