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ШТРАФА ЗА НАРУШЕНИЕ ОБЯЗАННОСТЕЙ НАЛОГОВОГО АГЕНТА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штрафа за нарушение обязанностей налогового агента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