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В Арбитражный суд города Москвы</w:t>
              <w:br/>
              <w:t>115225, г. Москва, ул. Большая Тульская, д. 17</w:t>
              <w:br/>
              <w:t>Дело № А40-[номер дела]/20__</w:t>
              <w:br/>
              <w:br/>
              <w:t>Заявитель: [полное наименование / Ф.И.О., ОГРН/ИНН, адрес]</w:t>
              <w:br/>
              <w:t>Должник: [наименование, ОГРН, ИНН, адрес]</w:t>
              <w:br/>
              <w:t>Арбитражный управляющий: [Ф.И.О., адрес для корреспонденции]</w:t>
              <w:br/>
              <w:t>Заинтересованные лица: [указать]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ВОЗРАЖЕНИЯ ПРОТИВ РЕЗУЛЬТАТОВ ОЦЕНКИ ИМУЩЕСТВА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производстве Арбитражного суда города Москвы в рамках дела № А40-[номер]/20__ рассматривается заявление [наименование заявителя], с доводами которого лицо, подающее настоящий документ, не согласно по следующим основаниям.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конкурсную массу включено имущество: [описание, кадастровый/инвентарный номер, балансовая и оценочная стоимость].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Управляющим/залоговым кредитором предложены условия продажи: [площадка, форма торгов, начальная цена, шаг, задаток, сроки, публичное предложение].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Заявитель считает условия соответствующими/не соответствующими цели максимального пополнения конкурсной массы по причинам [перечень].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Отчёт содержит неверные аналоги, отсутствие корректировок, неполный осмотр или недостоверные исходные данные. Рецензия / альтернативная оценка показывает существенное отклонение.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Правовое регулирование спорного вопроса определяется статьями 110, 111, 130, 131, 138 и 139 Федерального закона № 127-ФЗ, статьями 41, 65, 71 и 223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Продажа имущества должна обеспечивать открытость, конкуренцию и наилучшую цену в разумный срок. Начальная цена основывается на достоверной оценке; при залоговом имуществе учитываются статья 138 Федерального закона № 127-ФЗ и права залогового кредитора. Существенные нарушения допуска, публикации и определения победителя могут повлечь недействительность торгов.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Продажа имущества должна обеспечивать открытость, конкуренцию и достижение наилучшей цены при разумных сроках. Порядок реализации залогового имущества дополнительно учитывает права залогового кредитора и обязательные правила распределения выручки.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Каждая сторона обязана раскрыть доказательства своих доводов. Суд оценивает доказательства в совокупности и выбирает способ защиты, который непосредственно восстанавливает нарушенное право и не создаёт необоснованных преимуществ отдельным участникам процедуры.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Применительно к изложенным обстоятельствам другая сторона не доказала совокупность юридически значимых фактов, необходимых для удовлетворения её требования. Документы подлежат оценке во взаимной связи с банковскими сведениями, бухгалтерским учётом, поведением сторон и экономическим смыслом отношений.</w:t>
      </w:r>
    </w:p>
    <w:p>
      <w:pPr>
        <w:spacing w:before="0" w:after="6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ПРОШУ: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Не принимать спорный отчёт об оценке в качестве достоверной основы начальной цены.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Назначить судебную/повторную оценочную экспертизу.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Установить начальную цену после устранения выявленных недостатков.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Приобщить к материалам дела документы, представленные в обоснование настоящего заявления.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отчёт оценщика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документы об объекте оценки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рецензия или альтернативный отчёт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правоустанавливающие документы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5. инвентаризационная опись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6. выписки из государственных реестров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7. доказательства направления документа лицам, участвующим в деле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8. доверенность или иной документ, подтверждающий полномочия представителя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[подпись, Ф.И.О.]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