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ПРОВЕДЕНИИ НЕЗАВИСИМОЙ ОЦЕНКИ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Назначить/обязать провести независимую оценку имущества.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требования к оценщику и перечень исходных данных.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До завершения оценки приостановить утверждение положения о продаже.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