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ВНЕШНЕГО УПРАВЛЯЮЩЕГО ОБ ОТКАЗЕ ОТ ИСПОЛНЕНИЯ НЕВЫГОДНОГО ДОГОВОРА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отказ внешнего управляющего от исполнения договора № [номер] от [дата] правомерным.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Определить дату прекращения исполнения договора.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Разъяснить контрагенту право заявить требование о возмещении убытков в установленном порядке.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