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9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56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/>
                <w:sz w:val="21"/>
              </w:rPr>
              <w:t>В Арбитражный суд города Москвы</w:t>
              <w:br/>
              <w:t>115225, г. Москва, ул. Большая Тульская, д. 17</w:t>
              <w:br/>
              <w:t>Дело № А40-[номер дела]/20__</w:t>
              <w:br/>
              <w:br/>
              <w:t>Заявитель: [полное наименование / Ф.И.О., ОГРН/ИНН, адрес]</w:t>
              <w:br/>
              <w:t>Должник: [наименование, ОГРН, ИНН, адрес]</w:t>
              <w:br/>
              <w:t>Арбитражный управляющий: [Ф.И.О., адрес для корреспонденции]</w:t>
              <w:br/>
              <w:t>Заинтересованные лица: [указать]</w:t>
            </w:r>
          </w:p>
        </w:tc>
      </w:tr>
    </w:tbl>
    <w:p/>
    <w:p>
      <w:pPr>
        <w:keepNext/>
        <w:spacing w:before="160" w:after="2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6"/>
        </w:rPr>
        <w:t>ХОДАТАЙСТВО ТРЕТЬЕГО ЛИЦА О ВВЕДЕНИИ ФИНАНСОВОГО ОЗДОРОВЛЕНИЯ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производстве Арбитражного суда города Москвы находится дело № А40-[номер]/20__ о банкротстве [наименование должника]. Настоящий документ подаётся в связи со следующими обстоятельствами.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Должник сохраняет действующий бизнес и обладает источниками восстановления платёжеспособности: [выручка, финансирование, реализация непрофильных активов, взыскание дебиторской задолженности].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Предлагаемый срок финансового оздоровления — [срок]. Общий объём погашения по графику — [сумма] руб.; обеспечение предоставляется [лицо, способ, стоимость].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Расчёты основаны на прогнозе денежных потоков, договорах с контрагентами и подтверждённых источниках финансирования.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План должен опираться на подтверждённую выручку, договоры, источники финансирования и ликвидное обеспечение. В документе приводятся исходные показатели, помесячный денежный поток и контроль исполнения графика.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Правовое регулирование спорного вопроса определяется статьями 76-92 Федерального закона № 127-ФЗ, статьями 41, 65 и 159 АПК РФ.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Финансовое оздоровление допускается при наличии исполнимого плана, графика погашения задолженности и достаточного обеспечения. Суд оценивает реальность денежных потоков, источники финансирования, соблюдение очередности и влияние предложенного графика на права кредиторов.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Финансовое оздоровление допускается при наличии реалистичного плана, исполнимого графика и предусмотренного законом обеспечения. Суд и кредиторы оценивают достаточность денежных потоков, источники финансирования и влияние графика на права кредиторов.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Каждая сторона обязана раскрыть доказательства своих доводов. Суд оценивает доказательства в совокупности и выбирает способ защиты, который непосредственно восстанавливает нарушенное право и не создаёт необоснованных преимуществ отдельным участникам процедуры.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Запрашиваемая мера соразмерна обстоятельствам, непосредственно связана с предметом дела и необходима для правильного и своевременного рассмотрения спора. Менее обременительный способ не обеспечивает достижение той же цели.</w:t>
      </w:r>
    </w:p>
    <w:p>
      <w:pPr>
        <w:spacing w:before="0" w:after="6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0" w:after="1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4"/>
        </w:rPr>
        <w:t>ПРОШУ: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1. Ввести финансовое оздоровление на срок [срок].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2. Утвердить план финансового оздоровления и график погашения задолженности.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3. Утвердить административного управляющего и принять представленное обеспечение.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4. Приобщить к материалам дела документы, представленные в обоснование настоящего заявления.</w:t>
      </w:r>
    </w:p>
    <w:p>
      <w:pPr>
        <w:spacing w:before="120" w:after="6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Приложения: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1. документы, подтверждающие изложенные обстоятельства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2. расчёт заявленной суммы или спорных показателей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3. доказательства направления документа лицам, участвующим в деле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4. доверенность или иной документ, подтверждающий полномочия представителя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sz w:val="24"/>
              </w:rPr>
              <w:t>________________ / [подпись, Ф.И.О.] /</w:t>
            </w:r>
          </w:p>
        </w:tc>
      </w:tr>
    </w:tbl>
    <w:sectPr w:rsidR="00FC693F" w:rsidRPr="0006063C" w:rsidSect="00034616"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40" w:lineRule="auto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