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3969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/>
        </w:tc>
        <w:tc>
          <w:tcPr>
            <w:tcW w:type="dxa" w:w="5669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/>
                <w:sz w:val="21"/>
              </w:rPr>
              <w:t>В Арбитражный суд города Москвы</w:t>
              <w:br/>
              <w:t>115225, г. Москва, ул. Большая Тульская, д. 17</w:t>
              <w:br/>
              <w:t>Дело № А40-[номер дела]/20__</w:t>
              <w:br/>
              <w:br/>
              <w:t>Заявитель: [полное наименование / Ф.И.О., ОГРН/ИНН, адрес]</w:t>
              <w:br/>
              <w:t>Должник: [наименование, ОГРН, ИНН, адрес]</w:t>
              <w:br/>
              <w:t>Арбитражный управляющий: [Ф.И.О., адрес для корреспонденции]</w:t>
              <w:br/>
              <w:t>Заинтересованные лица: [указать]</w:t>
            </w:r>
          </w:p>
        </w:tc>
      </w:tr>
    </w:tbl>
    <w:p/>
    <w:p>
      <w:pPr>
        <w:keepNext/>
        <w:spacing w:before="160" w:after="200" w:line="240" w:lineRule="auto"/>
        <w:ind w:firstLine="0"/>
        <w:jc w:val="center"/>
      </w:pPr>
      <w:r>
        <w:rPr>
          <w:rFonts w:ascii="Times New Roman" w:hAnsi="Times New Roman" w:eastAsia="Times New Roman"/>
          <w:b/>
          <w:sz w:val="26"/>
        </w:rPr>
        <w:t>ЗАЯВЛЕНИЕ ПРАВОПРЕЕМНИКА КРЕДИТОРА О ВКЛЮЧЕНИИ ТРЕБОВАНИЯ В РЕЕСТР ПОСЛЕ ПРОИЗВЕДЕННОГО ПРАВОПРЕЕМСТВА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В производстве Арбитражного суда города Москвы находится дело № А40-[номер]/20__ о банкротстве [наименование должника]. Настоящий документ подаётся в связи со следующими обстоятельствами.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Требование возникло из [договора/судебного акта/трудовых отношений/обязательного платежа] и составляет [основной долг] руб., [проценты] руб., [санкции] руб.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Срок исполнения наступил [дата]. Обязательство должником не исполнено/исполнено частично на сумму [сумма] руб. Расчёт по состоянию на [дата] прилагается.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Право требования принадлежит заявителю на основании [первоначального обязательства/уступки/правопреемства]. Сведения о залоге и очередности: [указать].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Право перешло по [цессия / реорганизация / судебный акт]. Представлена непрерывная цепочка документов, подтверждение оплаты и уведомление должника и управляющего.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Правовое регулирование спорного вопроса определяется статьями 4, 16, 71, 100, 138 и 142 Федерального закона № 127-ФЗ, статьями 48, 65, 71 и 75 АПК РФ.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В силу статей 4, 16, 71, 100 и 142 Федерального закона № 127-ФЗ в реестр включается только действительное, документально подтверждённое и не прекращённое требование. Основной долг, проценты и санкции указываются раздельно; отдельно определяется очередь, право голоса и залоговый статус.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В реестр включается только действительное, документально подтверждённое и не прекращённое требование. Суд проверяет основание, размер, срок исполнения, очередность, обеспеченность залогом и принадлежность права требования заявителю.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Каждая сторона обязана раскрыть доказательства своих доводов. Суд оценивает доказательства в совокупности и выбирает способ защиты, который непосредственно восстанавливает нарушенное право и не создаёт необоснованных преимуществ отдельным участникам процедуры.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Изложенные обстоятельства подтверждаются приложенными документами и в совокупности свидетельствуют о наличии оснований для удовлетворения заявленного требования способом, непосредственно восстанавливающим нарушенное право.</w:t>
      </w:r>
    </w:p>
    <w:p>
      <w:pPr>
        <w:spacing w:before="0" w:after="6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На основании изложенного, руководствуясь указанными нормами права,</w:t>
      </w:r>
    </w:p>
    <w:p>
      <w:pPr>
        <w:spacing w:before="0" w:after="100" w:line="240" w:lineRule="auto"/>
        <w:ind w:firstLine="0"/>
        <w:jc w:val="center"/>
      </w:pPr>
      <w:r>
        <w:rPr>
          <w:rFonts w:ascii="Times New Roman" w:hAnsi="Times New Roman" w:eastAsia="Times New Roman"/>
          <w:b/>
          <w:sz w:val="24"/>
        </w:rPr>
        <w:t>ПРОШУ: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1. Установить требование заявителя к должнику в размере [сумма] руб.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2. Включить требование в [очередь] реестра требований кредиторов.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3. Обязать реестродержателя/управляющего внести сведения в реестр после вступления определения в законную силу.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4. Приобщить к материалам дела документы, представленные в обоснование настоящего заявления.</w:t>
      </w:r>
    </w:p>
    <w:p>
      <w:pPr>
        <w:spacing w:before="120" w:after="60" w:line="240" w:lineRule="auto"/>
        <w:ind w:firstLine="0"/>
        <w:jc w:val="left"/>
      </w:pPr>
      <w:r>
        <w:rPr>
          <w:rFonts w:ascii="Times New Roman" w:hAnsi="Times New Roman" w:eastAsia="Times New Roman"/>
          <w:b/>
          <w:sz w:val="24"/>
        </w:rPr>
        <w:t>Приложения: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1. документы, подтверждающие изложенные обстоятельства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2. расчёт заявленной суммы или спорных показателей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3. доказательства направления документа лицам, участвующим в деле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4. подробный расчёт по каждой составляющей требования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5. банковские выписки и первичные документы по спорной операции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6. доверенность или иной документ, подтверждающий полномочия представителя</w:t>
      </w:r>
    </w:p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sz w:val="24"/>
              </w:rPr>
              <w:t>«___» __________ 20___ г.</w:t>
            </w:r>
          </w:p>
        </w:tc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sz w:val="24"/>
              </w:rPr>
              <w:t>________________ / [подпись, Ф.И.О.] /</w:t>
            </w:r>
          </w:p>
        </w:tc>
      </w:tr>
    </w:tbl>
    <w:sectPr w:rsidR="00FC693F" w:rsidRPr="0006063C" w:rsidSect="00034616">
      <w:pgSz w:w="11906" w:h="16838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40" w:lineRule="auto"/>
      <w:ind w:firstLine="709"/>
      <w:jc w:val="both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