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ПРОЕКТ МИРОВОГО СОГЛАШЕНИЯ В ДЕЛЕ О БАНКРОТСТВЕ ЮРИДИЧЕСКОГО ЛИЦА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[должника] возник вопрос о [предмет документа]. Судебный акт/решение собрания/соглашение датировано [дата].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условия или процессуальное требование направлены на завершение спора, исполнение обязательств и соблюдение равенства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согласован/оспаривается по основаниям [перечень], подтверждаемым приложенными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подготовлен с учётом статьями 57, 150-167 Федерального закона № 127-ФЗ, статьями 141-142, 184-188, 257-291.15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содержать определённые и исполнимые условия и не нарушать права несогласных кредиторов. Судебные акты обжалуются с учётом специальных банкротных сроков и общих правил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не нарушать права несогласных кредиторов и содержать исполнимые условия. Судебные акты в деле о банкротстве обжалуются с учётом специальных сроков и правил, действующих для соответствующей категории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1. Стороны и предмет мирового соглашения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[наименование, реквизиты], конкурсные кредиторы и уполномоченные органы, требования которых включены в реестр, заключили настоящее мировое соглашение в целях прекращения дела о банкротстве и урегулирования задолженности на согласованных условиях.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 о заключении мирового соглашения принято собранием кредиторов «___» __________ 20___ года большинством, предусмотренным законом. От имени должника соглашение подписывает [лицо и основание полномочий]. Требования кредиторов первой и второй очереди [погашены полностью / отсутствуют], что подтверждается документами.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2. Размер и порядок погашения задолженности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tblHeader w:val="true"/>
        </w:trPr>
        <w:tc>
          <w:tcPr>
            <w:tcW w:type="dxa" w:w="21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Кредитор</w:t>
            </w:r>
          </w:p>
        </w:tc>
        <w:tc>
          <w:tcPr>
            <w:tcW w:type="dxa" w:w="90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Очередь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</w:t>
            </w:r>
          </w:p>
        </w:tc>
        <w:tc>
          <w:tcPr>
            <w:tcW w:type="dxa" w:w="209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Срок/график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Проценты/скидка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Обеспечение</w:t>
            </w:r>
          </w:p>
        </w:tc>
      </w:tr>
      <w:tr>
        <w:tc>
          <w:tcPr>
            <w:tcW w:type="dxa" w:w="21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[кредитор]</w:t>
            </w:r>
          </w:p>
        </w:tc>
        <w:tc>
          <w:tcPr>
            <w:tcW w:type="dxa" w:w="90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[очередь]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209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[даты и суммы]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[условие]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[вид]</w:t>
            </w:r>
          </w:p>
        </w:tc>
      </w:tr>
      <w:tr>
        <w:tc>
          <w:tcPr>
            <w:tcW w:type="dxa" w:w="21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[кредитор]</w:t>
            </w:r>
          </w:p>
        </w:tc>
        <w:tc>
          <w:tcPr>
            <w:tcW w:type="dxa" w:w="90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[очередь]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209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[даты и суммы]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[условие]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[вид]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3. Общие условия исполнения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платежи производятся на банковские реквизиты, письменно сообщённые кредитором;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условия для кредиторов одной очереди не могут создавать преимущество без их согласия и правового основания;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уступка требования не изменяет объём и сроки исполнения по настоящему соглашению;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 досрочном исполнении должник вправе погасить задолженность без штрафа, если иное прямо не установлено;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споры об исполнении разрешаются арбитражным судом в установленном порядке.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4. Последствия утверждения и нарушения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утверждения мирового соглашения производство по делу о банкротстве прекращается. Односторонний отказ не допускается. При существенном нарушении кредиторы вправе использовать предусмотренные законом способы защиты, включая получение исполнительного листа и заявление о расторжении соглашения при наличии оснований.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Настоящее соглашение составлено в количестве экземпляров, достаточном для суда, должника и участвующих кредиторов, и вступает в силу с даты утверждения арбитражным судом.</w:t>
      </w:r>
    </w:p>
    <w:p>
      <w:pPr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Подписи сторон: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Лицо</w:t>
            </w:r>
          </w:p>
        </w:tc>
        <w:tc>
          <w:tcPr>
            <w:tcW w:type="dxa" w:w="3969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Представитель / полномочия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Подпись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Должник</w:t>
            </w:r>
          </w:p>
        </w:tc>
        <w:tc>
          <w:tcPr>
            <w:tcW w:type="dxa" w:w="3969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[Ф.И.О., основание]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__________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Представитель собрания кредиторов</w:t>
            </w:r>
          </w:p>
        </w:tc>
        <w:tc>
          <w:tcPr>
            <w:tcW w:type="dxa" w:w="3969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[Ф.И.О., протокол]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__________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Третье лицо (при наличии)</w:t>
            </w:r>
          </w:p>
        </w:tc>
        <w:tc>
          <w:tcPr>
            <w:tcW w:type="dxa" w:w="3969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[Ф.И.О./наименование]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__________</w:t>
            </w:r>
          </w:p>
        </w:tc>
      </w:tr>
    </w:tbl>
    <w:p/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текст мирового соглашения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протокол собрания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погашения первой и второй очереди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протокол собрания кредиторов и результаты голосования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протокол собрания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9. доказательства погашения первой и второй очередей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10. реестр с расчётом условий по каждому кредитору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[уполномоченное лицо]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