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39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/>
        </w:tc>
        <w:tc>
          <w:tcPr>
            <w:tcW w:type="dxa" w:w="5669"/>
            <w:vAlign w:val="top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spacing w:after="0"/>
              <w:ind w:firstLine="0"/>
              <w:jc w:val="left"/>
            </w:pPr>
            <w:r>
              <w:rPr>
                <w:rFonts w:ascii="Times New Roman" w:hAnsi="Times New Roman"/>
                <w:sz w:val="21"/>
              </w:rPr>
              <w:t>В Арбитражный суд города Москвы</w:t>
              <w:br/>
              <w:t>115225, г. Москва, ул. Большая Тульская, д. 17</w:t>
              <w:br/>
              <w:t>Дело № А40-[номер дела]/20__</w:t>
              <w:br/>
              <w:br/>
              <w:t>Заявитель: [полное наименование / Ф.И.О., ОГРН/ИНН, адрес]</w:t>
              <w:br/>
              <w:t>Должник: [наименование, ОГРН, ИНН, адрес]</w:t>
              <w:br/>
              <w:t>Арбитражный управляющий: [Ф.И.О., адрес для корреспонденции]</w:t>
              <w:br/>
              <w:t>Заинтересованные лица: [указать]</w:t>
            </w:r>
          </w:p>
        </w:tc>
      </w:tr>
    </w:tbl>
    <w:p/>
    <w:p>
      <w:pPr>
        <w:keepNext/>
        <w:spacing w:before="160" w:after="2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6"/>
        </w:rPr>
        <w:t>ЗАЯВЛЕНИЕ РАБОТНИКА ОБ УСТАНОВЛЕНИИ ЗАДОЛЖЕННОСТИ ПО ЗАРАБОТНОЙ ПЛАТЕ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В производстве Арбитражного суда города Москвы находится дело № А40-[номер]/20__ о банкротстве [наименование должника]. Настоящий документ подаётся в связи со следующими обстоятельствами.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возникла [до/после] возбуждения дела о банкротстве из [основание] и составляет [сумма] руб.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Управляющим требование учтено/не учтено как [текущее, реестровое, заработная плата, обязательный платёж] и отнесено к [очередь].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Заявитель представляет расчёт, первичные документы и сведения о дате возникновения обязательства, необходимые для правильной квалификации и очерёдности.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Задолженность подтверждается трудовым договором, приказами, табелями, расчётными листками и выписками; расчёт раздельно отражает зарплату, отпуск, выходное пособие и компенсацию задержки.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Правовое регулирование спорного вопроса определяется статьями 5, 16, 60, 134, 136, 142 и 129.1 Федерального закона № 127-ФЗ, статьями 41, 65 и 223 АПК РФ.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Текущими являются обязательства, возникшие после принятия заявления о банкротстве, если законом не установлено иное. Их очерёдность определяется статьёй 134 Федерального закона № 127-ФЗ. Квалификация зависит от момента возникновения обязательства, а не от даты акта, счёта или судебного решения.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Текущие платежи и реестровые требования разграничиваются по моменту возникновения обязательства. Очерёдность текущих платежей обязательна для управляющего, а требования работников и уполномоченного органа устанавливаются с учётом специальных правил.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Каждая сторона обязана раскрыть доказательства своих доводов. Суд оценивает доказательства в совокупности и выбирает способ защиты, который непосредственно восстанавливает нарушенное право и не создаёт необоснованных преимуществ отдельным участникам процедуры.</w:t>
      </w:r>
    </w:p>
    <w:p>
      <w:pPr>
        <w:spacing w:before="0" w:after="10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Изложенные обстоятельства подтверждаются приложенными документами и в совокупности свидетельствуют о наличии оснований для удовлетворения заявленного требования способом, непосредственно восстанавливающим нарушенное право.</w:t>
      </w:r>
    </w:p>
    <w:p>
      <w:pPr>
        <w:spacing w:before="0" w:after="60" w:line="240" w:lineRule="auto"/>
        <w:ind w:firstLine="709"/>
        <w:jc w:val="both"/>
      </w:pPr>
      <w:r>
        <w:rPr>
          <w:rFonts w:ascii="Times New Roman" w:hAnsi="Times New Roman" w:eastAsia="Times New Roman"/>
          <w:b w:val="0"/>
          <w:sz w:val="24"/>
        </w:rPr>
        <w:t>На основании изложенного, руководствуясь указанными нормами права,</w:t>
      </w:r>
    </w:p>
    <w:p>
      <w:pPr>
        <w:spacing w:before="0" w:after="100" w:line="240" w:lineRule="auto"/>
        <w:ind w:firstLine="0"/>
        <w:jc w:val="center"/>
      </w:pPr>
      <w:r>
        <w:rPr>
          <w:rFonts w:ascii="Times New Roman" w:hAnsi="Times New Roman" w:eastAsia="Times New Roman"/>
          <w:b/>
          <w:sz w:val="24"/>
        </w:rPr>
        <w:t>ПРОШУ: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1. Признать требование текущим/реестровым и определить его очерёдность.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2. Обязать управляющего учесть требование в платёжном календаре/реестре.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3. Взыскать или выплатить задолженность в размере [сумма] руб. в установленном порядке.</w:t>
      </w:r>
    </w:p>
    <w:p>
      <w:pPr>
        <w:spacing w:after="60" w:line="240" w:lineRule="auto"/>
        <w:ind w:left="397" w:hanging="397"/>
        <w:jc w:val="both"/>
      </w:pPr>
      <w:r>
        <w:rPr>
          <w:rFonts w:ascii="Times New Roman" w:hAnsi="Times New Roman"/>
          <w:sz w:val="24"/>
        </w:rPr>
        <w:t>4. Приобщить к материалам дела документы, представленные в обоснование настоящего заявления.</w:t>
      </w:r>
    </w:p>
    <w:p>
      <w:pPr>
        <w:spacing w:before="120" w:after="60" w:line="240" w:lineRule="auto"/>
        <w:ind w:firstLine="0"/>
        <w:jc w:val="left"/>
      </w:pPr>
      <w:r>
        <w:rPr>
          <w:rFonts w:ascii="Times New Roman" w:hAnsi="Times New Roman" w:eastAsia="Times New Roman"/>
          <w:b/>
          <w:sz w:val="24"/>
        </w:rPr>
        <w:t>Приложения: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1. трудовой договор и приказы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2. расчётные листки и справка о задолженности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3. табели учёта рабочего времени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4. доказательства направления документа лицам, участвующим в деле</w:t>
      </w:r>
    </w:p>
    <w:p>
      <w:pPr>
        <w:spacing w:after="20" w:line="240" w:lineRule="auto"/>
        <w:ind w:left="397" w:hanging="397"/>
        <w:jc w:val="both"/>
      </w:pPr>
      <w:r>
        <w:rPr>
          <w:rFonts w:ascii="Times New Roman" w:hAnsi="Times New Roman"/>
          <w:sz w:val="22"/>
        </w:rPr>
        <w:t>5. доверенность или иной документ, подтверждающий полномочия представителя</w:t>
      </w:r>
    </w:p>
    <w:p/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819"/>
        <w:gridCol w:w="4819"/>
      </w:tblGrid>
      <w:tr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</w:pPr>
            <w:r>
              <w:rPr>
                <w:sz w:val="24"/>
              </w:rPr>
              <w:t>«___» __________ 20___ г.</w:t>
            </w:r>
          </w:p>
        </w:tc>
        <w:tc>
          <w:tcPr>
            <w:tcW w:type="dxa" w:w="4819"/>
            <w:tcMar>
              <w:top w:w="0" w:type="dxa"/>
              <w:start w:w="0" w:type="dxa"/>
              <w:bottom w:w="0" w:type="dxa"/>
              <w:end w:w="0" w:type="dxa"/>
            </w:tcMar>
          </w:tcPr>
          <w:p>
            <w:pPr>
              <w:ind w:firstLine="0"/>
              <w:jc w:val="right"/>
            </w:pPr>
            <w:r>
              <w:rPr>
                <w:sz w:val="24"/>
              </w:rPr>
              <w:t>________________ / [подпись, Ф.И.О.] /</w:t>
            </w:r>
          </w:p>
        </w:tc>
      </w:tr>
    </w:tbl>
    <w:sectPr w:rsidR="00FC693F" w:rsidRPr="0006063C" w:rsidSect="00034616">
      <w:pgSz w:w="11906" w:h="16838"/>
      <w:pgMar w:top="964" w:right="850" w:bottom="964" w:left="141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40" w:lineRule="auto"/>
      <w:ind w:firstLine="709"/>
      <w:jc w:val="both"/>
    </w:pPr>
    <w:rPr>
      <w:rFonts w:ascii="Times New Roman" w:hAnsi="Times New Roman" w:eastAsia="Times New Roman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