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097. АКТ ОБ ОТКАЗЕ РАБОТНИКА ПРЕДОСТАВИТЬ ОБЪЯСНЕНИЯ.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Дисциплинарные взыскания и служебные расследования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АКТ ОБ ОТКАЗЕ РАБОТНИКА ПРЕДОСТАВИТЬ ОБЪЯСНЕНИЯ.</w:t>
        <w:br/>
        <w:t>N 197-к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Ильин Павел Андреевич, занимающего должность «менеджер по корпоративным продажам» в подразделении «отдел продаж».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23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189, 192, 193 и 194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Ильин Павел Андреевич;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об отказе работника предоставить объяснения.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