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091. АКТ ОБ ОПОЗДАНИИ РАБОТНИКА.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Дисциплинарные взыскания и служебные расследования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АКТ ОБ ОПОЗДАНИИ РАБОТНИКА.</w:t>
        <w:br/>
        <w:t>N 191-к от 18 июля 2026 года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Составители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в составе: руководитель службы персонала Соколова Е.В., начальник юридического отдела Федорова Н.И., руководитель соответствующего подразделения. При необходимости присутствуют свидетели и представитель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Зафиксированные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Соколова Елена Викторовна 17 июня 2026 года отсутствовал на рабочем месте с 09:00 до 16:20, непосредственного руководителя заранее не уведомил.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Факт отсутствия подтверждается данными системы доступа, табелем, служебной запиской руководителя и объяснениями двух работников.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После выхода на работу работнику вручено письменное требование представить объяснения; оценке подлежат причины отсутствия и наличие уважительных обстоятельств.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Порядок проверки и фиксации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зафиксировать время и место отсутствия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затребовать объяснение и выдержать срок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уважительность причин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оценить соразмерность взыскания и соблюсти месячный срок применения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Сведения внесены непосредственно после события на основании личного наблюдения, документов и данных информационных систем. Участникам предложено изложить замечания; отсутствие подписи лица не отменяет документ, если отказ надлежащим образом зафиксирован.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Вывод комиссии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подтверждает факт составления документа в указанное время и месте. Юридическая квалификация и выбор последующего решения осуществляются отдельно с учетом объяснений работника, всех доказательств и принципа соразмерности.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статьи 189, 192, 193 и 194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Замечания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неполная фиксация отсутствия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непредоставление срока для объяснений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ошибка в квалификации рабочего места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несоразмерность взыскания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Подписи членов комиссии:</w:t>
        <w:br/>
        <w:t>1. ____________ / Соколова Е.В.</w:t>
        <w:br/>
        <w:t>2. ____________ / Федорова Н.И.</w:t>
        <w:br/>
        <w:t>3. ____________ / [Ф.И.О.]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документом ознакомлен(а): ____________ / Соколова Елена Викторовна; замечания: ______________________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Соколова Елена Викторовна,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об опоздании работника.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