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089. ДОКЛАДНАЯ ЗАПИСКА О СОВЕРШЕНИИ РАБОТНИКОМ ДИСЦИПЛИНАРНОГО ПРОСТУПКА.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Ильин Павел Андреевич, менеджер по корпоративным продажам</w:t>
        <w:br/>
        <w:t>От: ООО «Альтаир Проект»</w:t>
        <w:br/>
        <w:t>Исх. N 189-к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Докладная записка о совершении работником дисциплинарного проступка.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