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085. АКТ ПЕРЕДАЧИ РАБОТНИКУ ДОКУМЕНТОВ И НОСИТЕЛЕЙ, СОДЕРЖАЩИХ КОММЕРЧЕСКУЮ ТАЙНУ.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Персональные данные, конфиденциальность и коммерческая тайна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center"/>
      </w:pPr>
      <w:r>
        <w:rPr>
          <w:rFonts w:ascii="Arial" w:hAnsi="Arial" w:eastAsia="Arial"/>
          <w:b/>
          <w:i w:val="0"/>
          <w:sz w:val="24"/>
        </w:rPr>
        <w:t>АКТ ПЕРЕДАЧИ РАБОТНИКУ ДОКУМЕНТОВ И НОСИТЕЛЕЙ, СОДЕРЖАЩИХ КОММЕРЧЕСКУЮ ТАЙНУ.</w:t>
        <w:br/>
        <w:t>N 185-к от 18 июля 2026 года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Составители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Комиссия в составе: руководитель службы персонала Соколова Е.В., начальник юридического отдела Федорова Н.И., руководитель соответствующего подразделения. При необходимости присутствуют свидетели и представитель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Зафиксированные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Орлова Анна Михайловна имеет доступ к клиентской базе, коммерческим предложениям, внутренним расчетам себестоимости и учетным записям информационных систем.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вводит режим коммерческой тайны, утверждает перечень охраняемой информации, маркировку документов и уровни доступа.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 увольнении работник обязан вернуть ноутбук, токены, документы и прекратить использование выгруженных копий информации.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Порядок проверки и фиксации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определить перечень охраняемой информации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ознакомить работника под подпись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организовать техническое разграничение доступа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зафиксировать выдачу и возврат носителей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включать запрет на трудоустройство к конкурентам как самостоятельное ограничение свободы труда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Сведения внесены непосредственно после события на основании личного наблюдения, документов и данных информационных систем. Участникам предложено изложить замечания; отсутствие подписи лица не отменяет документ, если отказ надлежащим образом зафиксирован.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Вывод комиссии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Комиссия подтверждает факт составления документа в указанное время и месте. Юридическая квалификация и выбор последующего решения осуществляются отдельно с учетом объяснений работника, всех доказательств и принципа соразмерности.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оформлении учтены главу 14 Трудового кодекса РФ и Федеральный закон от 27.07.2006 N 152-ФЗ «О персональных данных».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оформлении учтены Федеральный закон от 29.07.2004 N 98-ФЗ «О коммерческой тайне», статьи 57 и 81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Замечания и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отсутствие надлежащего режима коммерческой тайны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невозможность доказать состав и ценность разглашенной информации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чрезмерное ограничение прав работника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необоснованный контроль личной переписки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Подписи членов комиссии:</w:t>
        <w:br/>
        <w:t>1. ____________ / Соколова Е.В.</w:t>
        <w:br/>
        <w:t>2. ____________ / Федорова Н.И.</w:t>
        <w:br/>
        <w:t>3. ____________ / [Ф.И.О.]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С документом ознакомлен(а): ____________ / Орлова Анна Михайловна; замечания: ______________________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Орлова Анна Михайловна,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передачи работнику документов и носителей, содержащих коммерческую тайну.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