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062. ПРИКАЗ О ПРИВЛЕЧЕНИИ К РАБОТЕ В ВЫХОДНОЙ ИЛИ ПРАЗДНИЧНЫЙ ДЕНЬ.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center"/>
      </w:pPr>
      <w:r>
        <w:rPr>
          <w:rFonts w:ascii="Arial" w:hAnsi="Arial" w:eastAsia="Arial"/>
          <w:b/>
          <w:i w:val="0"/>
          <w:sz w:val="24"/>
        </w:rPr>
        <w:t>ПРИКАЗ N 162-к</w:t>
        <w:br/>
        <w:t>18 июля 2026 года, г. Москва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Основание и установленные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Смирнов Алексей Юрьевич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издания приказа проверены полномочия работодателя, применимые гарантии, сроки процедуры, документы кадрового учета и наличие подтверждений ознакомления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Приказываю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Службе персонала ознакомить Смирнов Алексей Юрьевич с настоящим приказом под подпись либо составить акт об отказе.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Бухгалтерии произвести необходимые начисления и удержания только в пределах, допускаемых законом.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Контроль исполнения настоящего приказа оставляю за собой.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Правовая основа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Приказ издан с учетом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 и доказательства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служебная записка руководителя подразделения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документы учета рабочего времени или выполненной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письменные объяснения работника либо акт об их непредоставлении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документы, указанные в основании приказа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Риски, проверенные до подписания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Генеральный директор: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С приказом ознакомлен(а):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привлечении к работе в выходной или праздничный день.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