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006. КАРТА РИСКОВ УВОЛЬНЕНИЯ КОНКРЕТНОГО РАБОТНИКА.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Кадровый аудит и оценка трудовых рисков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Задание и объем проверки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ООО «Альтаир Проект» поручило провести анализ по вопросу: «Карта рисков увольнения конкретного работника.». Проверка выполнена на основании условного комплекта документов, отражающего типовую ситуацию работодателя среднего бизнеса.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В объем анализа включены кадровые документы, локальные нормативные акты, сведения бухгалтерского и табельного учета, переписка, документы электронных систем, а также фактическая практика применения установленных процедур.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Исходные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Смирнов Алексей Юрьевич и работодатель обсуждают прекращение трудового договора 006-ТД/2026 с 31 июля 2026 года.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согласовывают дату прекращения, компенсационную выплату, передачу дел, возврат имущества и отсутствие неурегулированных взаимных требований.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обязан издать приказ, произвести окончательный расчет и выдать документы в день прекращения трудового договора.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Проверенные документы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трудовые договоры и дополнительные соглашения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штатное расписание, приказы и личные карточки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локальные нормативные акты и листы ознакомления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табели учета рабочего времени и расчетные документы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служебные записки, акты, переписка и выгрузки из информационных систем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Правовая оценка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Работодатель вправе организовывать труд и принимать локальные решения, однако такие решения не могут ухудшать положение работников по сравнению с законом, коллективным договором и соглашениями. Существенное значение имеют не только тексты документов, но и фактическая практика их применения.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оценке учтены статьи 8, 9, 15, 16, 21, 22 и 56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оценке учтены статьи 56, 57, 58, 59, 61, 67 и 68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оценке учтены статьи 129, 132, 135, 136, 191 и 236 Трудового кодекса РФ.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Каждый выявленный риск оценивается по трем критериям: вероятность предъявления требования, потенциальный размер финансовых последствий и сложность доказательственной защиты работодателя.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Выявленные риски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rPr>
          <w:tblHeader w:val="true"/>
        </w:trPr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Риск</w:t>
            </w:r>
          </w:p>
        </w:tc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Вероятность</w:t>
            </w:r>
          </w:p>
        </w:tc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Последствия</w:t>
            </w:r>
          </w:p>
        </w:tc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Приоритет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Оспаривание добровольности соглашения.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высокая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высокий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Неопределенность компенсации.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средняя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высокий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Задержка расчета или документов.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высокая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средний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Несовпадение формулировок соглашения и приказа.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средняя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средний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Рекомендации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точно определить основание и дату прекращения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зафиксировать добровольность соглашения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передачу имущества и дел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произвести полный расчет и выдать документы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сохранить доказательства вручения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Итоговый вывод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Ситуация является управляемой при условии последовательного устранения выявленных недостатков и документирования фактической кадровой практики. До завершения корректирующих мероприятий не рекомендуется принимать решения с повышенным риском судебного оспаривания без отдельной проверки конкретного работника и обстоятельств.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Смирнов Алексей Юрьевич,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Карта рисков увольнения конкретного работника.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