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059. ПРИКАЗ О ПРИВЛЕЧЕНИИ К СВЕРХУРОЧНОЙ РАБОТЕ.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159-к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Соколова Елена Викторовна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Соколова Елена Викторовна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привлечении к сверхурочной работе.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