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052. ДОЛЖНОСТНАЯ ИНСТРУКЦИЯ РУКОВОДИТЕЛЯ ПОДРАЗДЕЛЕНИЯ.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Должностные инструкции, локальные акты, заработная плата и KPI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Кузнецов Дмитрий Сергеевич, заведующий складом</w:t>
        <w:br/>
        <w:t>От: ООО «Альтаир Проект»</w:t>
        <w:br/>
        <w:t>Исх. N 152-к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Единственный участник ООО «Альтаир Проект» рассматривает назначение нового генерального директора сроком на три года и прекращение полномочий действующего руководителя.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Руководителю переданы корпоративные документы, электронная подпись, банковские ключи, печать и доступ к информационным системам.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прекращении полномочий необходимо разделить корпоративное решение и кадровое оформление, определить компенсации и обеспечить непрерывность управления.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компетентного органа общества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заключить или прекратить трудовой договор в надлежащем порядке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передачу дел и доступов по детальному акту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подать регистрационные сведения в установленный срок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расчеты и компенсации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129, 132, 135, 136, 191 и 236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несовпадение корпоративной и трудовой дат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неполная передача документов и доступов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необоснованная материальная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спор о компенсации руководителю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Кузнецов Дмитрий Сергеевич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руководителя подразделения.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