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044. ПОЛОЖЕНИЕ О СИСТЕМЕ KPI.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144-к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системе KPI.»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Кузнецов Дмитрий Сергеевич занимает должность «заведующий складом» с окладом 128 000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KPI.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