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043. ПОЛОЖЕНИЕ О ПРЕМИРОВАНИИ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143-к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премировании работников.»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занимает должность «специалист по кадровому администрированию» с окладом 110 000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премировании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