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038. ДОПОЛНИТЕЛЬНОЕ СОГЛАШЕНИЕ О ПЕРЕХОДЕ НА ДИСТАНЦИОННУЮ РАБОТУ.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Трудовые договоры и изменение условий труда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Смирнов Алексей Юрьевич, главный инженер</w:t>
        <w:br/>
        <w:t>От: ООО «Альтаир Проект»</w:t>
        <w:br/>
        <w:t>Исх. N 138-к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Смирнов Алексей Юрьевич, занимающего должность «главный инженер» в подразделении «техническая дирекция».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14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72, 72.1, 72.2, 73 и 74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Смирнов Алексей Юрьевич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о переходе на дистанционную работу.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