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037. ДОПОЛНИТЕЛЬНОЕ СОГЛАШЕНИЕ ОБ ИЗМЕНЕНИИ МЕСТА РАБОТЫ.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Трудовые договоры и изменение условий труда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Орлова Анна Михайловна, руководитель проектов</w:t>
        <w:br/>
        <w:t>От: ООО «Альтаир Проект»</w:t>
        <w:br/>
        <w:t>Исх. N 137-к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Орлова Анна Михайловна, занимающего должность «руководитель проектов» в подразделении «проектный офис».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13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72, 72.1, 72.2, 73 и 74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Орлова Анна Михайловна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об изменении места работы.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