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036. ДОПОЛНИТЕЛЬНОЕ СОГЛАШЕНИЕ ОБ ИЗМЕНЕНИИ РАЗМЕРА ЗАРАБОТНОЙ ПЛАТЫ.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Трудовые договоры и изменение условий труда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Кузнецов Дмитрий Сергеевич, заведующий складом</w:t>
        <w:br/>
        <w:t>От: ООО «Альтаир Проект»</w:t>
        <w:br/>
        <w:t>Исх. N 136-к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Кузнецов Дмитрий Сергеевич занимает должность «заведующий складом» с окладом 128 000 руб. в месяц.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Переменная часть установлена в размере до 35 процентов оклада и зависит от выполнения четырех измеримых показателей: выручки, маржинальности, соблюдения сроков и отсутствия подтвержденных претензий клиентов.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II квартал 2026 года работник выполнил три показателя, но допустил просрочку по двум проектам, подтвержденную отчетами CRM и служебной запиской руководителя.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закрепить прозрачные показатели и веса KPI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расчет по каждому показателю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ознакомить работника с итоговой оценкой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выплатить бесспорную часть вознаграждения в установленный срок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72, 72.1, 72.2, 73 и 74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признание премии составной частью заработной платы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невыплаченной суммы и компенсации за задержку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субъективной оценки работодателя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дискриминационный подход к работникам одной категории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Кузнецов Дмитрий Сергеевич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об изменении размера заработной платы.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