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031. ТРУДОВОЙ ДОГОВОР С МАТЕРИАЛЬНО ОТВЕТСТВЕННЫМ ЛИЦОМ.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Трудовые договоры и изменение условий труда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Федорова Наталья Игоревна,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инвентаризации склада выявлена недостача оборудования на сумму 279 800 руб.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сохранность имущества отвечал Федорова Наталья Игоревна, которому ценности передавались по накладным и акту приема-передачи.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исследовала движение товара, доступ к складу, документы видеонаблюдения и объяснения работников. Размер прямого действительного ущерба определен по данным бухгалтерского учета с учетом износа.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«юрисконсульт» в подразделении «юридический отдел».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160 000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72, 72.1, 72.2, 73 и 74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Федорова Наталья Игоревна</w:t>
              <w:br/>
              <w:t>паспорт: [данные]</w:t>
              <w:br/>
              <w:t>____________ / Федорова Наталья Игоревна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с материально ответственным лицом.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