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003. ОТЧЕТ О ПРОВЕРКЕ ЛОКАЛЬНЫХ НОРМАТИВНЫХ АКТОВ.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Кадровый аудит и оценка трудовых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Задание и объем проверки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ООО «Альтаир Проект» поручило провести анализ по вопросу: «Отчет о проверке локальных нормативных актов.». Проверка выполнена на основании условного комплекта документов, отражающего типовую ситуацию работодателя среднего бизнеса.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В объем анализа включены кадровые документы, локальные нормативные акты, сведения бухгалтерского и табельного учета, переписка, документы электронных систем, а также фактическая практика применения установленных процедур.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Исходные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получил требование Межрегиональной государственной инспекции труда о представлении документов в связи с обращением бывшего работника.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Запрошены трудовой договор, локальные акты, табели, расчетные листки, документы дисциплинарной процедуры и подтверждение окончательного расчета.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Часть документов находится в архиве, поэтому работодатель формирует опись, проверяет полноту и готовит мотивированные пояснения без сокрытия юридически значимых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Проверенные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трудовые договоры и дополнительные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штатное расписание, приказы и личные карточки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локальные нормативные акты и листы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 учета рабочего времени и расчетные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служебные записки, акты, переписка и выгрузки из информационных систем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Правовая оценка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Работодатель вправе организовывать труд и принимать локальные решения, однако такие решения не могут ухудшать положение работников по сравнению с законом, коллективным договором и соглашениями. Существенное значение имеют не только тексты документов, но и фактическая практика их применения.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129, 132, 135, 136, 191 и 236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выявленный риск оценивается по трем критериям: вероятность предъявления требования, потенциальный размер финансовых последствий и сложность доказательственной защиты работодателя.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Выявленные риски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rPr>
          <w:tblHeader w:val="true"/>
        </w:trPr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Риск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Вероятность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Последствия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Приоритет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Непредставление документов в срок.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Противоречивые объяснения должностных лиц.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Передача избыточных персональных данных.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Пропуск срока обжалования.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Формальное исполнение предписания без устранения причин.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Рекомендации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зарегистрировать документ контроля и проверить полномочия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ответственных и единый канал взаимодействия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представить документы по описи с пояснениями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фиксировать исполнение предписания или своевременно обжаловать спорные требования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Итоговый вывод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Ситуация является управляемой при условии последовательного устранения выявленных недостатков и документирования фактической кадровой практики. До завершения корректирующих мероприятий не рекомендуется принимать решения с повышенным риском судебного оспаривания без отдельной проверки конкретного работника и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проверке локальных нормативных актов.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