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60"/>
        <w:jc w:val="center"/>
      </w:pPr>
      <w:r>
        <w:rPr>
          <w:rFonts w:ascii="Arial" w:hAnsi="Arial" w:eastAsia="Arial"/>
          <w:b/>
          <w:i w:val="0"/>
          <w:color w:val="1F3855"/>
          <w:sz w:val="32"/>
        </w:rPr>
        <w:t>025. ТРУДОВОЙ ДОГОВОР С РАБОТНИКОМ НА НЕОПРЕДЕЛЕННЫЙ СРОК.</w:t>
      </w:r>
    </w:p>
    <w:p>
      <w:pPr>
        <w:jc w:val="center"/>
      </w:pPr>
      <w:r>
        <w:rPr>
          <w:rFonts w:ascii="Arial" w:hAnsi="Arial" w:eastAsia="Arial"/>
          <w:b w:val="0"/>
          <w:i/>
          <w:color w:val="5A5A5A"/>
          <w:sz w:val="20"/>
        </w:rPr>
        <w:t>Трудовые договоры и изменение условий труда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14"/>
        <w:gridCol w:w="5014"/>
      </w:tblGrid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Статус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Модельный образец для размещения в открытой библиотеке ZOTOWA.RU</w:t>
            </w:r>
          </w:p>
        </w:tc>
      </w:tr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Редакция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18 июля 2026 года</w:t>
            </w:r>
          </w:p>
        </w:tc>
      </w:tr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Важно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Перед использованием заменить условные данные и проверить актуальную редакцию норм права</w:t>
            </w:r>
          </w:p>
        </w:tc>
      </w:tr>
    </w:tbl>
    <w:p>
      <w:pPr>
        <w:spacing w:after="160" w:line="276" w:lineRule="auto"/>
      </w:pPr>
      <w:r>
        <w:rPr>
          <w:rFonts w:ascii="Arial" w:hAnsi="Arial" w:eastAsia="Arial"/>
          <w:b w:val="0"/>
          <w:i/>
          <w:sz w:val="22"/>
        </w:rPr>
        <w:t>Все сведения об участниках, реквизитах и обстоятельствах в настоящем образце являются условными. Документ демонстрирует структуру и уровень проработки, но не заменяет анализ конкретной ситуации.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ООО «Альтаир Проект», именуемое в дальнейшем «Работодатель», в лице генерального директора Воронцов Андрей Павлович, действующего на основании Устава, с одной стороны, и Ильин Павел Андреевич, именуемый(ая) в дальнейшем «Работник», с другой стороны, совместно именуемые «Стороны», заключили настоящий документ о нижеследующем.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1. Предмет и исходные условия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Документ оформляется в отношении Ильин Павел Андреевич, занимающего должность «менеджер по корпоративным продажам» в подразделении «отдел продаж».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Основанием является кадровое событие от 1 июня 2026 года, подтвержденное служебными документами и сведениями кадрового учета.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До принятия решения работодатель проверил фактические обстоятельства, применимые гарантии, сроки и полномочия подписанта.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Работнику поручается работа по должности «менеджер по корпоративным продажам» в подразделении «отдел продаж». Место работы: г. Москва, ул. Проектная, д. 18, офис 405. Если настоящий образец используется не как трудовой договор, указанные сведения описывают трудовые отношения, в связи с которыми заключается соглашение.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2. Права и обязанности сторон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Работник лично и добросовестно исполняет трудовую функцию, соблюдает локальные акты, правила охраны труда и режим конфиденциальности.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Работодатель предоставляет работу, необходимые ресурсы и безопасные условия, своевременно выплачивает причитающиеся суммы и знакомит работника с документами, непосредственно связанными с работой.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Стороны незамедлительно сообщают друг другу об обстоятельствах, препятствующих исполнению обязанностей, и подтверждают юридически значимые сообщения способом, позволяющим установить отправителя и дату получения.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3. Оплата и расчеты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Оклад работника составляет 145 000 руб. в месяц до удержания НДФЛ.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Доплаты, компенсации и стимулирующие выплаты начисляются при наличии оснований, определенных законом, трудовым договором и локальными нормативными актами. Условия премирования должны позволять определить показатели, период оценки, источники данных и последствия частичного выполнения.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4. Срок, изменение и прекращение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Документ действует с даты подписания, если иной момент прямо не установлен. Изменение согласованных условий оформляется письменно. Прекращение производится по предусмотренному законом или соглашением основанию с обязательным оформлением расчетов и передачи имущества.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5. Конфиденциальность и данные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Работник использует полученную информацию только для исполнения трудовой функции. Работодатель обрабатывает персональные данные в объеме, необходимом для исполнения закона и трудовых отношений, и обеспечивает ограничение доступа.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6. Ответственность и разрешение разногласий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Стороны несут ответственность в пределах, установленных трудовым законодательством. Условия, ухудшающие положение работника или устанавливающие ответственность сверх предусмотренной законом, не применяются.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Разногласия сначала рассматриваются путем обмена письменными позициями и сверки документов. Это не ограничивает право стороны обратиться в государственную инспекцию труда, комиссию по трудовым спорам или суд.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7. Правовая основа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Документ подготовлен с учетом статьи 56, 57, 58, 59, 61, 67 и 68 Трудового кодекса РФ.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Документ подготовлен с учетом статьи 72, 72.1, 72.2, 73 и 74 Трудового кодекса РФ.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8. Реквизиты и подписи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14"/>
        <w:gridCol w:w="5014"/>
      </w:tblGrid>
      <w:tr>
        <w:tc>
          <w:tcPr>
            <w:tcW w:type="dxa" w:w="5014"/>
          </w:tcPr>
          <w:p>
            <w:r>
              <w:rPr>
                <w:rFonts w:ascii="Arial" w:hAnsi="Arial" w:eastAsia="Arial"/>
                <w:b w:val="0"/>
                <w:i w:val="0"/>
                <w:sz w:val="20"/>
              </w:rPr>
              <w:t>Работодатель</w:t>
              <w:br/>
              <w:t>ООО «Альтаир Проект»</w:t>
              <w:br/>
              <w:t>г. Москва, ул. Проектная, д. 18, офис 405</w:t>
              <w:br/>
              <w:t>____________ / Воронцов Андрей Павлович</w:t>
            </w:r>
          </w:p>
        </w:tc>
        <w:tc>
          <w:tcPr>
            <w:tcW w:type="dxa" w:w="5014"/>
          </w:tcPr>
          <w:p>
            <w:r>
              <w:rPr>
                <w:rFonts w:ascii="Arial" w:hAnsi="Arial" w:eastAsia="Arial"/>
                <w:b w:val="0"/>
                <w:i w:val="0"/>
                <w:sz w:val="20"/>
              </w:rPr>
              <w:t>Работник</w:t>
              <w:br/>
              <w:t>Ильин Павел Андреевич</w:t>
              <w:br/>
              <w:t>паспорт: [данные]</w:t>
              <w:br/>
              <w:t>____________ / Ильин Павел Андреевич</w:t>
            </w:r>
          </w:p>
        </w:tc>
      </w:tr>
    </w:tbl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Документирование и доказательства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До подписания документа сформируйте отдельную папку процедуры. В нее включаются исходный документ или событие, служебные записки, переписка, табели и журналы, доказательства полномочий подписанта, документы об ознакомлении, а также сведения о специальных гарантиях работника. Все даты в документах должны соответствовать фактической последовательности событий и данным информационных систем.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При вручении используйте способ, позволяющий подтвердить содержание и дату получения: личную подпись, кадровый электронный документооборот, заказное письмо с описью вложения или курьерскую доставку. При отказе от подписи составляется акт с конкретным описанием обстоятельств и подписями свидетелей. Не подменяйте отсутствующие доказательства формальными актами, составленными задним числом.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сверьте документ с трудовым договором, должностной инструкцией и локальными актами;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сроки процедуры и полномочия подписанта;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отделите установленные факты от предположений и правовых выводов;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сохраните оригиналы и неизменяемые электронные выгрузки;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зафиксируйте вручение, объяснения и замечания работника.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Памятка по адаптации образца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Замените условные реквизиты ООО «Альтаир Проект», работника Ильин Павел Андреевич, должность, подразделение, даты и суммы.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наличие специального статуса работника: беременность, семейные гарантии, инвалидность, несовершеннолетие, профсоюзное членство, военная служба, вредные условия труда и иные ограничения.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Сопоставьте текст с трудовым договором, должностной инструкцией, локальными актами и фактической организацией труда.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 используйте документ изолированно: для спорных процедур сформируйте полный комплект доказательств и хронологию вручения.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редакцию законодательства на дату подписания. Часть изменений 2026 года вступает в силу с 1 сентября 2026 года и не должна применяться досрочно.</w:t>
      </w:r>
    </w:p>
    <w:p>
      <w:pPr>
        <w:spacing w:after="80" w:line="276" w:lineRule="auto"/>
      </w:pPr>
      <w:r>
        <w:rPr>
          <w:rFonts w:ascii="Arial" w:hAnsi="Arial" w:eastAsia="Arial"/>
          <w:b w:val="0"/>
          <w:i/>
          <w:sz w:val="22"/>
        </w:rPr>
        <w:t>Юридическая фирма «Зотовы и партнеры» рекомендует проводить индивидуальную проверку документов по увольнениям, материальной ответственности, несчастным случаям, проверкам ГИТ и судебным спорам.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964" w:bottom="1020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 w:eastAsia="Arial"/>
        <w:b w:val="0"/>
        <w:i/>
        <w:color w:val="646464"/>
        <w:sz w:val="16"/>
      </w:rPr>
      <w:t>Образец требует адаптации к фактам дела и действующей редакции законодательства.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center"/>
    </w:pPr>
    <w:r>
      <w:rPr>
        <w:rFonts w:ascii="Arial" w:hAnsi="Arial" w:eastAsia="Arial"/>
        <w:b/>
        <w:i w:val="0"/>
        <w:color w:val="1F3855"/>
        <w:sz w:val="18"/>
      </w:rPr>
      <w:t>Юридическая фирма «Зотовы и партнеры»</w:t>
    </w:r>
  </w:p>
  <w:p>
    <w:pPr>
      <w:jc w:val="center"/>
    </w:pPr>
    <w:r>
      <w:rPr>
        <w:rFonts w:ascii="Arial" w:hAnsi="Arial" w:eastAsia="Arial"/>
        <w:b w:val="0"/>
        <w:i w:val="0"/>
        <w:color w:val="5A5A5A"/>
        <w:sz w:val="16"/>
      </w:rPr>
      <w:t>zotowa.ru | библиотека документов по трудовому праву | редакция 18.07.2026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Трудовой договор с работником на неопределенный срок.</dc:title>
  <dc:subject>Библиотека документов по трудовому праву ZOTOWA.RU</dc:subject>
  <dc:creator>Юридическая фирма «Зотовы и партнеры»</dc:creator>
  <cp:keywords>трудовое право, образец,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