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021. ЛИСТ ОЗНАКОМЛЕНИЯ РАБОТНИКА С ЛОКАЛЬНЫМИ НОРМАТИВНЫМИ АКТАМИ.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ЛИСТ ОЗНАКОМЛЕНИЯ РАБОТНИКА С ЛОКАЛЬНЫМИ НОРМАТИВНЫМИ АКТАМИ.</w:t>
        <w:br/>
        <w:t>N 121-к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22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ознакомления работника с локальными нормативными актами.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