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207. ИСКОВОЕ ЗАЯВЛЕНИЕ ОБ УСТАНОВЛЕНИИ ФАКТА ТРУДОВЫХ ОТНОШЕНИЙ.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Судебные документы по трудовым спорам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Федорова Наталья Игоревна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2-4207/2026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ИСКОВОЕ ЗАЯВЛЕНИЕ ОБ УСТАНОВЛЕНИИ ФАКТА ТРУДОВЫХ ОТНОШЕНИЙ.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Федорова Наталья Игоревна с 12 января 2026 года ежедневно выполнял обязанности юрисконсульт в офисе работодателя, использовал корпоративную почту и подчинялся руководителю юридический отдел.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Оплата перечислялась дважды в месяц в фиксированном размере, результат работы принимался не отдельными актами, а через табель и еженедельные отчеты.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Письменный трудовой договор своевременно оформлен не был, при этом работник был включен в рабочие чаты и график присутствия.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207-ТД/2026 заключен 12 января 2026 года. Работнику установлен оклад 160 000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391 и 392 Трудового кодекса РФ, статьи 131 и 132 ГПК РФ, статья 333.36 НК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189, 192, 193 и 194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370 000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признать оспариваемое действие или решение незаконным либо установить заявленный юридический факт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основную сумму согласно приложенному расчету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предусмотренные законом компенсации и судебные расходы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обратить решение к немедленному исполнению в части, прямо предусмотренной законом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отношений трудовыми судом или инспекцией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доначисление выплат и обязательных платежей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компенсация морального вреда и расходов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административная ответственность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установлении факта трудовых отношений.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