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203. РЕШЕНИЕ КОМИССИИ ПО ТРУДОВЫМ СПОРАМ.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Досудебное урегулирование, комиссия по трудовым спорам и профсоюз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ПРИКАЗ N 303-к</w:t>
        <w:br/>
        <w:t>18 июля 2026 года, г. Москва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Основание и установленные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Соколова Елена Викторовна заявил требование о выплате 220 000 руб. задолженности и компенсации  ссылаясь на неправильный расчет премии и сверхурочных часов.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признает часть требования в размере 48 500 руб., по остальной сумме указывает на отсутствие подтвержденных показателей и дублирование часов.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Стороны рассматривают соглашение, предусматривающее выплату бесспорной суммы, отказ от взаимных претензий в урегулированной части и порядок исполнения.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издания приказа проверены полномочия работодателя, применимые гарантии, сроки процедуры, документы кадрового учета и наличие подтверждений ознакомления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Приказываю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Провести сверку расчетов и документов.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Выделить бесспорную и спорную части.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Предложить исполнимые условия урегулирования.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Зафиксировать последствия соглашения и сроки платежей.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Службе персонала ознакомить Соколова Елена Викторовна с настоящим приказом под подпись либо составить акт об отказе.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Бухгалтерии произвести необходимые начисления и удержания только в пределах, допускаемых законом.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Контроль исполнения настоящего приказа оставляю за собой.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Приказ издан с учетом статьи 129, 132, 135, 136, 191 и 236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Приказ издан с учетом статьи 189, 192, 193 и 194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Приказ издан с учетом статьи 382-390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 и доказательства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служебная записка руководителя подразделения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документы учета рабочего времени или выполненной работы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письменные объяснения работника либо акт об их непредоставлении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документы, указанные в основании приказа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Риски, проверенные до подписания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неясный предмет урегулирования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отказ от прав, которым работник не может распорядиться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неисполнение графика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пропуск процессуальных сроков во время переговоров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Генеральный директор: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приказом ознакомлен(а): ____________ / Соколова Елена Викторовна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Соколова Елена Викторовна,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комиссии по трудовым спорам.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