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020. ПРИКАЗ О ПРИЕМЕ РАБОТНИКА НА РАБОТУ.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Подбор кандидата и прием на работу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ПРИКАЗ N 120-к</w:t>
        <w:br/>
        <w:t>18 июля 2026 года, г. Москва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Основание и установленные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Кузнецов Дмитрий Сергеевич, занимающего должность «заведующий складом» в подразделении «логистический центр».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21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издания приказа проверены полномочия работодателя, применимые гарантии, сроки процедуры, документы кадрового учета и наличие подтверждений ознакомления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Приказываю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основание документа.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Указать конкретные даты, суммы и ответственных.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надлежащее ознакомление или вручение.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подтверждающие документы в кадровом деле.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Службе персонала ознакомить Кузнецов Дмитрий Сергеевич с настоящим приказом под подпись либо составить акт об отказе.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Бухгалтерии произвести необходимые начисления и удержания только в пределах, допускаемых законом.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Контроль исполнения настоящего приказа оставляю за собой.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64, 65, 67, 68 и 70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главу 14 Трудового кодекса РФ и Федеральный закон от 27.07.2006 N 152-ФЗ «О персональных данных».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 и доказательства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служебная записка руководителя подразделения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документы учета рабочего времени или выполненной работы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письменные объяснения работника либо акт об их непредоставлении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документы, указанные в основании приказа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Риски, проверенные до подписания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неполные реквизиты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неясное основание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срока или процедуры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несоответствие фактическим обстоятельствам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Генеральный директор: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приказом ознакомлен(а): ____________ / Кузнецов Дмитрий Сергеевич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Кузнецов Дмитрий Сергеевич,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 приеме работника на работу.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