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193. ПРЕТЕНЗИЯ РАБОТНИКА О ВЫПЛАТЕ ЗАДОЛЖЕННОСТИ ПО ЗАРАБОТНОЙ ПЛАТЕ.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Досудебное урегулирование, комиссия по трудовым спорам и профсоюз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Ильин Павел Андреевич, менеджер по корпоративным продажам</w:t>
        <w:br/>
        <w:t>От: ООО «Альтаир Проект»</w:t>
        <w:br/>
        <w:t>Исх. N 293-к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Ильин Павел Андреевич занимает должность «менеджер по корпоративным продажам» с окладом 145 000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закрепить прозрачные показатели и веса KPI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расчет по каждому показателю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с итоговой оценкой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выплатить бесспорную часть вознаграждения в установленный срок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382-390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Ильин Павел Андреевич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работника о выплате задолженности по заработной плате.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