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190. ОТВЕТ РАБОТОДАТЕЛЯ НА ПРЕДСТАВЛЕНИЕ ПРОКУРАТУРЫ.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290-к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работодателя на представление прокуратуры.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