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187. ЖАЛОБА НА ПРЕДПИСАНИЕ ГОСУДАРСТВЕННОЙ ИНСПЕКЦИИ ТРУДА.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Проверки государственной инспекции труда и прокуратуры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Соколова Елена Викторовна, специалист по кадровому администрированию</w:t>
        <w:br/>
        <w:t>От: ООО «Альтаир Проект»</w:t>
        <w:br/>
        <w:t>Исх. N 287-к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Соколова Елена Викторовна, занимающего должность «специалист по кадровому администрированию» в подразделении «служба персонала».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13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Федеральный закон от 31.07.2020 N 248-ФЗ и Положение, утвержденное постановлением Правительства РФ от 21.07.2021 N 1230.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Соколова Елена Викторовна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предписание государственной инспекции труда.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