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186. ОТЧЕТ ОБ ИСПОЛНЕНИИ ПРЕДПИСАНИЯ ИНСПЕКТОРА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«Отчет об исполнении предписания инспектора труда.».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Федеральный закон от 31.07.2020 N 248-ФЗ и Положение, утвержденное постановлением Правительства РФ от 21.07.2021 N 1230.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Непредставление документов в срок.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Противоречивые объяснения должностных лиц.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Передача избыточных персональных данных.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Пропуск срока обжалования.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Формальное исполнение предписания без устранения причин.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исполнении предписания инспектора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