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184. ВОЗРАЖЕНИЯ НА АКТ ПРОВЕРКИ ГИТ.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284-к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непредставление документов в срок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противоречивые объяснения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избыточных персональных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обжалования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исполнение предписания без устранения причин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проверки ГИТ.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