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182. ХОДАТАЙСТВО О ПРОДЛЕНИИ СРОКА ПРЕДОСТАВЛЕНИЯ ЗАПРОШЕННЫХ ДОКУМЕНТОВ.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Смирнов Алексей Юрьевич, главный инженер</w:t>
        <w:br/>
        <w:t>От: ООО «Альтаир Проект»</w:t>
        <w:br/>
        <w:t>Исх. N 282-к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Смирнов Алексей Юрьевич, занимающего должность «главный инженер» в подразделении «техническая дирекция».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8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Смирнов Алексей Юрьевич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Смирнов Алексей Юрьевич,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предоставления запрошенных документов.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