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181. СОПРОВОДИТЕЛЬНОЕ ПИСЬМО О ПРЕДОСТАВЛЕНИИ ДОКУМЕНТОВ ИНСПЕКТОРУ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281-к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о предоставлении документов инспектору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