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170. АКТ ОБ ОТКАЗЕ РАБОТНИКА ИСПОЛЬЗОВАТЬ СРЕДСТВА ИНДИВИДУАЛЬНОЙ ЗАЩИТЫ.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Охрана труда и несчастные случаи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center"/>
      </w:pPr>
      <w:r>
        <w:rPr>
          <w:rFonts w:ascii="Arial" w:hAnsi="Arial" w:eastAsia="Arial"/>
          <w:b/>
          <w:i w:val="0"/>
          <w:sz w:val="24"/>
        </w:rPr>
        <w:t>АКТ ОБ ОТКАЗЕ РАБОТНИКА ИСПОЛЬЗОВАТЬ СРЕДСТВА ИНДИВИДУАЛЬНОЙ ЗАЩИТЫ.</w:t>
        <w:br/>
        <w:t>N 270-к от 18 июля 2026 года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Составители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Комиссия в составе: руководитель службы персонала Соколова Е.В., начальник юридического отдела Федорова Н.И., руководитель соответствующего подразделения. При необходимости присутствуют свидетели и представитель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Зафиксированные 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16 июня 2026 года Петрова Марина Олеговна получил травму кисти при перемещении оборудования в производственной зоне.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организовал первую помощь, направил извещения, сохранил обстановку и создал комиссию по расследованию.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Комиссия проверяет обучение, инструктажи, выдачу СИЗ, исправность оборудования, действия пострадавшего и непосредственного руководителя.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Порядок проверки и фиксации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немедленно организовать помощь и уведомления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создать комиссию надлежащего состава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собрать схемы, фото, объяснения и медицинские документы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установить причины и нарушения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оформить результаты и план профилактических мер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Сведения внесены непосредственно после события на основании личного наблюдения, документов и данных информационных систем. Участникам предложено изложить замечания; отсутствие подписи лица не отменяет документ, если отказ надлежащим образом зафиксирован.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Вывод комиссии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Комиссия подтверждает факт составления документа в указанное время и месте. Юридическая квалификация и выбор последующего решения осуществляются отдельно с учетом объяснений работника, всех доказательств и принципа соразмерности.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 оформлении учтены раздел X Трудового кодекса РФ, включая статьи 214, 215, 220, 227-231.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Замечания и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несвоевременное извещение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неправильный состав комиссии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утрата доказательств обстановки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формальное возложение вины без анализа причин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неисполнение профилактических мероприятий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Подписи членов комиссии:</w:t>
        <w:br/>
        <w:t>1. ____________ / Соколова Е.В.</w:t>
        <w:br/>
        <w:t>2. ____________ / Федорова Н.И.</w:t>
        <w:br/>
        <w:t>3. ____________ / [Ф.И.О.]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С документом ознакомлен(а): ____________ / Петрова Марина Олеговна; замечания: ______________________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Петрова Марина Олеговна,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об отказе работника использовать средства индивидуальной защиты.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