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168. УВЕДОМЛЕНИЕ ОБ ОТСТРАНЕНИИ РАБОТНИКА, НЕ ПРОШЕДШЕГО МЕДИЦИНСКИЙ ОСМОТР.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268-к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Морозов Кирилл Евгеньевич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отстранении работника, не прошедшего медицинский осмотр.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