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164. ПРИКАЗ О НАЗНАЧЕНИИ ОТВЕТСТВЕННЫХ ЛИЦ ПО ОХРАНЕ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264-к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Кузнецов Дмитрий Сергеевич, занимающего должность «заведующий складом» в подразделении «логистический центр».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15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Кузнецов Дмитрий Сергеевич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назначении ответственных лиц по охране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