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163. ПОЛОЖЕНИЕ О СИСТЕМЕ УПРАВЛЕНИЯ ОХРАНОЙ ТРУДА.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Охрана труда и несчастные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263-к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«Положение о системе управления охраной труда.»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Соколова Елена Викторовна, занимающего должность «специалист по кадровому администрированию» в подразделении «служба персонала».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14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раздел X Трудового кодекса РФ, включая статьи 214, 215, 220, 227-231.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системе управления охраной труда.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