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60"/>
        <w:jc w:val="center"/>
      </w:pPr>
      <w:r>
        <w:rPr>
          <w:rFonts w:ascii="Arial" w:hAnsi="Arial" w:eastAsia="Arial"/>
          <w:b/>
          <w:i w:val="0"/>
          <w:color w:val="1F3855"/>
          <w:sz w:val="32"/>
        </w:rPr>
        <w:t>162. ИСКОВОЕ ЗАЯВЛЕНИЕ О ВЗЫСКАНИИ УБЫТКОВ С РУКОВОДИТЕЛЯ ОРГАНИЗАЦИИ.</w:t>
      </w:r>
    </w:p>
    <w:p>
      <w:pPr>
        <w:jc w:val="center"/>
      </w:pPr>
      <w:r>
        <w:rPr>
          <w:rFonts w:ascii="Arial" w:hAnsi="Arial" w:eastAsia="Arial"/>
          <w:b w:val="0"/>
          <w:i/>
          <w:color w:val="5A5A5A"/>
          <w:sz w:val="20"/>
        </w:rPr>
        <w:t>Генеральный директор и топ-менеджмент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014"/>
        <w:gridCol w:w="5014"/>
      </w:tblGrid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Статус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Модельный образец для размещения в открытой библиотеке ZOTOWA.RU</w:t>
            </w:r>
          </w:p>
        </w:tc>
      </w:tr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Редакция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18 июля 2026 года</w:t>
            </w:r>
          </w:p>
        </w:tc>
      </w:tr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Важно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Перед использованием заменить условные данные и проверить актуальную редакцию норм права</w:t>
            </w:r>
          </w:p>
        </w:tc>
      </w:tr>
    </w:tbl>
    <w:p>
      <w:pPr>
        <w:spacing w:after="160" w:line="276" w:lineRule="auto"/>
      </w:pPr>
      <w:r>
        <w:rPr>
          <w:rFonts w:ascii="Arial" w:hAnsi="Arial" w:eastAsia="Arial"/>
          <w:b w:val="0"/>
          <w:i/>
          <w:sz w:val="22"/>
        </w:rPr>
        <w:t>Все сведения об участниках, реквизитах и обстоятельствах в настоящем образце являются условными. Документ демонстрирует структуру и уровень проработки, но не заменяет анализ конкретной ситуации.</w:t>
      </w:r>
    </w:p>
    <w:p>
      <w:pPr>
        <w:jc w:val="right"/>
      </w:pPr>
      <w:r>
        <w:rPr>
          <w:rFonts w:ascii="Arial" w:hAnsi="Arial" w:eastAsia="Arial"/>
          <w:b w:val="0"/>
          <w:i w:val="0"/>
          <w:sz w:val="20"/>
        </w:rPr>
        <w:t>В [наименование районного суда]</w:t>
        <w:br/>
      </w:r>
      <w:r>
        <w:rPr>
          <w:rFonts w:ascii="Arial" w:hAnsi="Arial" w:eastAsia="Arial"/>
          <w:b w:val="0"/>
          <w:i w:val="0"/>
          <w:sz w:val="20"/>
        </w:rPr>
        <w:t>Истец: Петрова Марина Олеговна</w:t>
        <w:br/>
      </w:r>
      <w:r>
        <w:rPr>
          <w:rFonts w:ascii="Arial" w:hAnsi="Arial" w:eastAsia="Arial"/>
          <w:b w:val="0"/>
          <w:i w:val="0"/>
          <w:sz w:val="20"/>
        </w:rPr>
        <w:t>Ответчик: ООО «Альтаир Проект»</w:t>
        <w:br/>
      </w:r>
      <w:r>
        <w:rPr>
          <w:rFonts w:ascii="Arial" w:hAnsi="Arial" w:eastAsia="Arial"/>
          <w:b w:val="0"/>
          <w:i w:val="0"/>
          <w:sz w:val="20"/>
        </w:rPr>
        <w:t>Адрес: г. Москва, ул. Проектная, д. 18, офис 405</w:t>
        <w:br/>
      </w:r>
      <w:r>
        <w:rPr>
          <w:rFonts w:ascii="Arial" w:hAnsi="Arial" w:eastAsia="Arial"/>
          <w:b w:val="0"/>
          <w:i w:val="0"/>
          <w:sz w:val="20"/>
        </w:rPr>
        <w:t>Дело N 2-4162/2026 (если возбуждено)</w:t>
        <w:br/>
      </w:r>
    </w:p>
    <w:p>
      <w:pPr>
        <w:jc w:val="center"/>
      </w:pPr>
      <w:r>
        <w:rPr>
          <w:rFonts w:ascii="Arial" w:hAnsi="Arial" w:eastAsia="Arial"/>
          <w:b/>
          <w:i w:val="0"/>
          <w:sz w:val="28"/>
        </w:rPr>
        <w:t>ИСКОВОЕ ЗАЯВЛЕНИЕ О ВЗЫСКАНИИ УБЫТКОВ С РУКОВОДИТЕЛЯ ОРГАНИЗАЦИИ.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1. Участники и трудовые отношения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Петрова Марина Олеговна не исполнил поручение от 3 июня 2026 года о подготовке отчета к 10 июня, несмотря на письменное подтверждение получения задачи.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Просрочка повлекла задержку предоставления заказчику обязательного отчета. Руководитель подразделения представил докладную записку и выгрузку из системы постановки задач.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Комиссия проверяет наличие трудовой обязанности, вины, причинной связи, уважительных причин и соблюдение сроков дисциплинарной процедуры.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Трудовой договор N 162-ТД/2026 заключен 12 января 2026 года. Работнику установлен оклад 185 000 руб. в месяц. Стороны использовали корпоративную электронную почту и кадровые документы на бумажном носителе.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2. Хронология спора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3 июня 2026 года возникло обстоятельство, послужившее основанием для спорного кадрового решения или денежного требования.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10 июня 2026 года сторона направила письменное обращение и приложила подтверждающие документы.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20 июня 2026 года получен ответ, которым требование удовлетворено частично либо отклонено.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После сверки расчетов и документов спор во внесудебном порядке полностью не урегулирован.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3. Правовая позиция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К спорным отношениям применяются статьи 273, 275, 277, 278, 279 и 280 Трудового кодекса РФ.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К спорным отношениям применяются статьи 77, 78, 79, 80, 84.1 и 140 Трудового кодекса РФ.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К спорным отношениям применяются статьи 232, 233, 238, 241, 243, 244, 246, 247 и 248 Трудового кодекса РФ.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Суду необходимо установить фактический характер отношений, содержание трудовой функции, соблюдение работодателем процедуры, наличие и размер задолженности, причины пропуска сроков, а также относимость и допустимость представленных доказательств.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Бремя доказывания распределяется с учетом характера требования. Работодатель представляет кадровые документы и доказательства соблюдения процедуры; работник подтверждает факты, на которые ссылается, и заявленный расчет, при этом отсутствие документа у работника не освобождает работодателя от обязанности вести обязательный учет.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4. Расчет требований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343"/>
        <w:gridCol w:w="3343"/>
        <w:gridCol w:w="3343"/>
      </w:tblGrid>
      <w:tr>
        <w:tc>
          <w:tcPr>
            <w:tcW w:type="dxa" w:w="3343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Требование</w:t>
            </w:r>
          </w:p>
        </w:tc>
        <w:tc>
          <w:tcPr>
            <w:tcW w:type="dxa" w:w="3343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Период/основание</w:t>
            </w:r>
          </w:p>
        </w:tc>
        <w:tc>
          <w:tcPr>
            <w:tcW w:type="dxa" w:w="3343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Сумма, руб.</w:t>
            </w:r>
          </w:p>
        </w:tc>
      </w:tr>
      <w:tr>
        <w:tc>
          <w:tcPr>
            <w:tcW w:type="dxa" w:w="334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Основное денежное требование</w:t>
            </w:r>
          </w:p>
        </w:tc>
        <w:tc>
          <w:tcPr>
            <w:tcW w:type="dxa" w:w="334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январь-июнь 2026</w:t>
            </w:r>
          </w:p>
        </w:tc>
        <w:tc>
          <w:tcPr>
            <w:tcW w:type="dxa" w:w="334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382 500</w:t>
            </w:r>
          </w:p>
        </w:tc>
      </w:tr>
      <w:tr>
        <w:tc>
          <w:tcPr>
            <w:tcW w:type="dxa" w:w="334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Компенсация за задержку</w:t>
            </w:r>
          </w:p>
        </w:tc>
        <w:tc>
          <w:tcPr>
            <w:tcW w:type="dxa" w:w="334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по дату фактической выплаты</w:t>
            </w:r>
          </w:p>
        </w:tc>
        <w:tc>
          <w:tcPr>
            <w:tcW w:type="dxa" w:w="334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[рассчитать на дату подачи]</w:t>
            </w:r>
          </w:p>
        </w:tc>
      </w:tr>
      <w:tr>
        <w:tc>
          <w:tcPr>
            <w:tcW w:type="dxa" w:w="334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Моральный вред или расходы</w:t>
            </w:r>
          </w:p>
        </w:tc>
        <w:tc>
          <w:tcPr>
            <w:tcW w:type="dxa" w:w="334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по обстоятельствам дела</w:t>
            </w:r>
          </w:p>
        </w:tc>
        <w:tc>
          <w:tcPr>
            <w:tcW w:type="dxa" w:w="334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[указать при наличии основания]</w:t>
            </w:r>
          </w:p>
        </w:tc>
      </w:tr>
    </w:tbl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5. Просительная часть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признать оспариваемое действие или решение незаконным либо установить заявленный юридический факт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взыскать основную сумму согласно приложенному расчету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взыскать предусмотренные законом компенсации и судебные расходы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обратить решение к немедленному исполнению в части, прямо предусмотренной законом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6. Доказательства и приложения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копия трудового договора и дополнительных соглашений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приказы, уведомления, акты и объяснения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табели, расчетные листки и банковские документы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переписка и выгрузки из корпоративных систем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расчет денежных требований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доказательства направления документов другой стороне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доверенность представителя при наличии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7. Риски и вопросы для проверки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неопределенность трудовой обязанности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пропуск срока применения взыскания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двойное наказание за один проступок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отсутствие доказательств вины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Дата: «___» __________ 2026 г.</w:t>
        <w:br/>
        <w:t>Подпись: ____________ / [Ф.И.О.]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Документирование и доказательства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До подписания документа сформируйте отдельную папку процедуры. В нее включаются исходный документ или событие, служебные записки, переписка, табели и журналы, доказательства полномочий подписанта, документы об ознакомлении, а также сведения о специальных гарантиях работника. Все даты в документах должны соответствовать фактической последовательности событий и данным информационных систем.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При вручении используйте способ, позволяющий подтвердить содержание и дату получения: личную подпись, кадровый электронный документооборот, заказное письмо с описью вложения или курьерскую доставку. При отказе от подписи составляется акт с конкретным описанием обстоятельств и подписями свидетелей. Не подменяйте отсутствующие доказательства формальными актами, составленными задним числом.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сверьте документ с трудовым договором, должностной инструкцией и локальными актами;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сроки процедуры и полномочия подписанта;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отделите установленные факты от предположений и правовых выводов;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сохраните оригиналы и неизменяемые электронные выгрузки;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зафиксируйте вручение, объяснения и замечания работника.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Памятка по адаптации образца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Замените условные реквизиты ООО «Альтаир Проект», работника Петрова Марина Олеговна, должность, подразделение, даты и суммы.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наличие специального статуса работника: беременность, семейные гарантии, инвалидность, несовершеннолетие, профсоюзное членство, военная служба, вредные условия труда и иные ограничения.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Сопоставьте текст с трудовым договором, должностной инструкцией, локальными актами и фактической организацией труда.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Не используйте документ изолированно: для спорных процедур сформируйте полный комплект доказательств и хронологию вручения.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редакцию законодательства на дату подписания. Часть изменений 2026 года вступает в силу с 1 сентября 2026 года и не должна применяться досрочно.</w:t>
      </w:r>
    </w:p>
    <w:p>
      <w:pPr>
        <w:spacing w:after="80" w:line="276" w:lineRule="auto"/>
      </w:pPr>
      <w:r>
        <w:rPr>
          <w:rFonts w:ascii="Arial" w:hAnsi="Arial" w:eastAsia="Arial"/>
          <w:b w:val="0"/>
          <w:i/>
          <w:sz w:val="22"/>
        </w:rPr>
        <w:t>Юридическая фирма «Зотовы и партнеры» рекомендует проводить индивидуальную проверку документов по увольнениям, материальной ответственности, несчастным случаям, проверкам ГИТ и судебным спорам.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20" w:right="964" w:bottom="1020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 w:eastAsia="Arial"/>
        <w:b w:val="0"/>
        <w:i/>
        <w:color w:val="646464"/>
        <w:sz w:val="16"/>
      </w:rPr>
      <w:t>Образец требует адаптации к фактам дела и действующей редакции законодательства.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center"/>
    </w:pPr>
    <w:r>
      <w:rPr>
        <w:rFonts w:ascii="Arial" w:hAnsi="Arial" w:eastAsia="Arial"/>
        <w:b/>
        <w:i w:val="0"/>
        <w:color w:val="1F3855"/>
        <w:sz w:val="18"/>
      </w:rPr>
      <w:t>Юридическая фирма «Зотовы и партнеры»</w:t>
    </w:r>
  </w:p>
  <w:p>
    <w:pPr>
      <w:jc w:val="center"/>
    </w:pPr>
    <w:r>
      <w:rPr>
        <w:rFonts w:ascii="Arial" w:hAnsi="Arial" w:eastAsia="Arial"/>
        <w:b w:val="0"/>
        <w:i w:val="0"/>
        <w:color w:val="5A5A5A"/>
        <w:sz w:val="16"/>
      </w:rPr>
      <w:t>zotowa.ru | библиотека документов по трудовому праву | редакция 18.07.2026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eastAsia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 w:eastAsia="Arial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 w:eastAsia="Arial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Arial" w:hAnsi="Arial" w:eastAsia="Arial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Исковое заявление о взыскании убытков с руководителя организации.</dc:title>
  <dc:subject>Библиотека документов по трудовому праву ZOTOWA.RU</dc:subject>
  <dc:creator>Юридическая фирма «Зотовы и партнеры»</dc:creator>
  <cp:keywords>трудовое право, образец,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