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016. ПИСЬМЕННОЕ ПРЕДЛОЖЕНИЕ О РАБОТЕ - JOB OFFER.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Подбор кандидата и прием на работу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116-к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17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64, 65, 67, 68 и 70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главу 14 Трудового кодекса РФ и Федеральный закон от 27.07.2006 N 152-ФЗ «О персональных данных».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предложение о работе - job offer.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