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159. СОГЛАШЕНИЕ О ПЕРЕДАЧЕ ДЕЛ, ДОКУМЕНТОВ, ПЕЧАТЕЙ И ЭЛЕКТРОННЫХ ДОСТУПОВ.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Федорова Наталья Игоревна,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Федорова Наталья Игоревна, занимающего должность «юрисконсульт» в подразделении «юридический 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10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«юрисконсульт» в подразделении «юридический 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160 000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Федорова Наталья Игоревна</w:t>
              <w:br/>
              <w:t>паспорт: [данные]</w:t>
              <w:br/>
              <w:t>____________ / Федорова Наталья Игоревна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дел, документов, печатей и электронных доступов.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