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157. УВЕДОМЛЕНИЕ ГЕНЕРАЛЬНОГО ДИРЕКТОРА О ПРЕКРАЩЕНИИ ТРУДОВОГО ДОГОВОРА.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Орлова Анна Михайловна,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«руководитель проектов» в подразделении «проектный офис».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175 000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Орлова Анна Михайловна</w:t>
              <w:br/>
              <w:t>паспорт: [данные]</w:t>
              <w:br/>
              <w:t>____________ / Орлова Анна Михайловна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генерального директора о прекращении трудового договора.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