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156. РЕШЕНИЕ О ДОСРОЧНОМ ПРЕКРАЩЕНИИ ПОЛНОМОЧИЙ ГЕНЕРАЛЬНОГО ДИРЕКТОРА.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256-к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Кузнецов Дмитрий Сергеевич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досрочном прекращении полномочий генерального директора.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