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155. СОГЛАШЕНИЕ О МАТЕРИАЛЬНОЙ ОТВЕТСТВЕННОСТИ РУКОВОДИТЕЛЯ.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Генеральный директор и топ-менеджмент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Соколова Елена Викторовна,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инвентаризации склада выявлена недостача оборудования на сумму 232 400 руб.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сохранность имущества отвечал Соколова Елена Викторовна, которому ценности передавались по накладным и акту приема-передачи.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исследовала движение товара, доступ к складу, документы видеонаблюдения и объяснения работников. Размер прямого действительного ущерба определен по данным бухгалтерского учета с учетом износа.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«специалист по кадровому администрированию» в подразделении «служба персонала».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110 000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273, 275, 277, 278, 279 и 280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77, 78, 79, 80, 84.1 и 140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Соколова Елена Викторовна</w:t>
              <w:br/>
              <w:t>паспорт: [данные]</w:t>
              <w:br/>
              <w:t>____________ / Соколова Елена Викторовна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материальной ответственности руководителя.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